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D9192" w14:textId="77777777" w:rsidR="000354B4" w:rsidRDefault="000354B4" w:rsidP="00DD27E1">
      <w:pPr>
        <w:ind w:right="18"/>
        <w:jc w:val="center"/>
        <w:rPr>
          <w:b/>
          <w:color w:val="F28C28"/>
          <w:sz w:val="32"/>
        </w:rPr>
      </w:pPr>
      <w:r w:rsidRPr="00835615">
        <w:rPr>
          <w:rFonts w:cstheme="minorHAnsi"/>
          <w:noProof/>
          <w:color w:val="000000" w:themeColor="text1"/>
          <w:sz w:val="24"/>
          <w:szCs w:val="24"/>
        </w:rPr>
        <w:drawing>
          <wp:inline distT="0" distB="0" distL="0" distR="0" wp14:anchorId="18AE7154" wp14:editId="773E61A1">
            <wp:extent cx="1687752" cy="48502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4201" cy="489752"/>
                    </a:xfrm>
                    <a:prstGeom prst="rect">
                      <a:avLst/>
                    </a:prstGeom>
                  </pic:spPr>
                </pic:pic>
              </a:graphicData>
            </a:graphic>
          </wp:inline>
        </w:drawing>
      </w:r>
    </w:p>
    <w:p w14:paraId="5B40B3C8" w14:textId="3BF80F15" w:rsidR="00395C4A" w:rsidRDefault="00ED685D">
      <w:pPr>
        <w:jc w:val="center"/>
      </w:pPr>
      <w:r>
        <w:rPr>
          <w:b/>
          <w:color w:val="F28C28"/>
          <w:sz w:val="32"/>
        </w:rPr>
        <w:t xml:space="preserve">Stock Market Game • </w:t>
      </w:r>
      <w:r w:rsidR="002F583F">
        <w:rPr>
          <w:b/>
          <w:color w:val="F28C28"/>
          <w:sz w:val="32"/>
        </w:rPr>
        <w:t xml:space="preserve">Student </w:t>
      </w:r>
      <w:r>
        <w:rPr>
          <w:b/>
          <w:color w:val="F28C28"/>
          <w:sz w:val="32"/>
        </w:rPr>
        <w:t>Writing Organizer</w:t>
      </w:r>
    </w:p>
    <w:p w14:paraId="5C3DED80" w14:textId="67E65E4E" w:rsidR="00395C4A" w:rsidRPr="009165B9" w:rsidRDefault="0087121B">
      <w:pPr>
        <w:jc w:val="center"/>
        <w:rPr>
          <w:color w:val="auto"/>
        </w:rPr>
      </w:pPr>
      <w:r>
        <w:rPr>
          <w:b/>
          <w:color w:val="auto"/>
          <w:sz w:val="22"/>
        </w:rPr>
        <w:t>SPRING 2027</w:t>
      </w:r>
    </w:p>
    <w:tbl>
      <w:tblPr>
        <w:tblW w:w="0" w:type="auto"/>
        <w:jc w:val="center"/>
        <w:tblLook w:val="04A0" w:firstRow="1" w:lastRow="0" w:firstColumn="1" w:lastColumn="0" w:noHBand="0" w:noVBand="1"/>
      </w:tblPr>
      <w:tblGrid>
        <w:gridCol w:w="39"/>
        <w:gridCol w:w="10050"/>
        <w:gridCol w:w="230"/>
        <w:gridCol w:w="30"/>
        <w:gridCol w:w="19"/>
      </w:tblGrid>
      <w:tr w:rsidR="00395C4A" w14:paraId="1D925939" w14:textId="77777777" w:rsidTr="00F27602">
        <w:trPr>
          <w:gridBefore w:val="1"/>
          <w:gridAfter w:val="1"/>
          <w:wBefore w:w="40" w:type="dxa"/>
          <w:wAfter w:w="19" w:type="dxa"/>
          <w:jc w:val="center"/>
        </w:trPr>
        <w:tc>
          <w:tcPr>
            <w:tcW w:w="10174" w:type="dxa"/>
            <w:shd w:val="clear" w:color="auto" w:fill="FDE9D9" w:themeFill="accent6" w:themeFillTint="33"/>
            <w:tcMar>
              <w:top w:w="100" w:type="dxa"/>
              <w:left w:w="120" w:type="dxa"/>
              <w:bottom w:w="100" w:type="dxa"/>
              <w:right w:w="120" w:type="dxa"/>
            </w:tcMar>
          </w:tcPr>
          <w:p w14:paraId="4ECD2C47" w14:textId="28070C90" w:rsidR="00395C4A" w:rsidRDefault="00F27602" w:rsidP="00F27602">
            <w:r w:rsidRPr="00F27602">
              <w:rPr>
                <w:b/>
                <w:color w:val="F79646" w:themeColor="accent6"/>
              </w:rPr>
              <w:t>TEACHER NOTE</w:t>
            </w:r>
            <w:r w:rsidRPr="00F27602">
              <w:br/>
              <w:t>Please complete the teacher-specific areas on Page 4 and adjust prompts as needed to match classroom rigor and grade-level expectations.</w:t>
            </w:r>
          </w:p>
        </w:tc>
        <w:tc>
          <w:tcPr>
            <w:tcW w:w="260" w:type="dxa"/>
            <w:gridSpan w:val="2"/>
            <w:shd w:val="clear" w:color="auto" w:fill="FDE9D9" w:themeFill="accent6" w:themeFillTint="33"/>
            <w:tcMar>
              <w:top w:w="100" w:type="dxa"/>
              <w:left w:w="120" w:type="dxa"/>
              <w:bottom w:w="100" w:type="dxa"/>
              <w:right w:w="120" w:type="dxa"/>
            </w:tcMar>
          </w:tcPr>
          <w:p w14:paraId="30288566" w14:textId="45D94574" w:rsidR="00395C4A" w:rsidRDefault="00395C4A"/>
        </w:tc>
      </w:tr>
      <w:tr w:rsidR="00395C4A" w14:paraId="44515B99" w14:textId="77777777" w:rsidTr="00F27602">
        <w:trPr>
          <w:gridBefore w:val="1"/>
          <w:gridAfter w:val="2"/>
          <w:wBefore w:w="40" w:type="dxa"/>
          <w:wAfter w:w="49" w:type="dxa"/>
          <w:jc w:val="center"/>
        </w:trPr>
        <w:tc>
          <w:tcPr>
            <w:tcW w:w="10404" w:type="dxa"/>
            <w:gridSpan w:val="2"/>
            <w:shd w:val="clear" w:color="auto" w:fill="FFFFFF" w:themeFill="background1"/>
            <w:tcMar>
              <w:top w:w="110" w:type="dxa"/>
              <w:left w:w="150" w:type="dxa"/>
              <w:bottom w:w="110" w:type="dxa"/>
              <w:right w:w="150" w:type="dxa"/>
            </w:tcMar>
          </w:tcPr>
          <w:p w14:paraId="7EA88278" w14:textId="77777777" w:rsidR="00F27602" w:rsidRDefault="00F27602">
            <w:pPr>
              <w:rPr>
                <w:b/>
                <w:color w:val="F28C28"/>
              </w:rPr>
            </w:pPr>
          </w:p>
          <w:p w14:paraId="127597E8" w14:textId="77F06579" w:rsidR="00395C4A" w:rsidRPr="00F27602" w:rsidRDefault="00F27602" w:rsidP="00F27602">
            <w:pPr>
              <w:spacing w:line="480" w:lineRule="auto"/>
              <w:jc w:val="center"/>
              <w:rPr>
                <w:b/>
                <w:color w:val="auto"/>
              </w:rPr>
            </w:pPr>
            <w:r w:rsidRPr="00F27602">
              <w:rPr>
                <w:b/>
                <w:color w:val="auto"/>
                <w:sz w:val="24"/>
                <w:szCs w:val="24"/>
              </w:rPr>
              <w:t>Student Name</w:t>
            </w:r>
            <w:r>
              <w:rPr>
                <w:b/>
                <w:color w:val="auto"/>
                <w:sz w:val="24"/>
                <w:szCs w:val="24"/>
              </w:rPr>
              <w:t xml:space="preserve"> and Class</w:t>
            </w:r>
            <w:r w:rsidRPr="00F27602">
              <w:rPr>
                <w:b/>
                <w:color w:val="auto"/>
                <w:sz w:val="24"/>
                <w:szCs w:val="24"/>
              </w:rPr>
              <w:t>:</w:t>
            </w:r>
            <w:r>
              <w:br/>
              <w:t>_______________________________</w:t>
            </w:r>
            <w:r w:rsidR="003739A1">
              <w:t>________________</w:t>
            </w:r>
          </w:p>
        </w:tc>
      </w:tr>
      <w:tr w:rsidR="00395C4A" w14:paraId="077E6152" w14:textId="77777777" w:rsidTr="00DC2D3B">
        <w:trPr>
          <w:trHeight w:val="447"/>
          <w:jc w:val="center"/>
        </w:trPr>
        <w:tc>
          <w:tcPr>
            <w:tcW w:w="10493" w:type="dxa"/>
            <w:gridSpan w:val="5"/>
            <w:shd w:val="clear" w:color="auto" w:fill="F28C28"/>
            <w:tcMar>
              <w:top w:w="120" w:type="dxa"/>
              <w:left w:w="160" w:type="dxa"/>
              <w:bottom w:w="120" w:type="dxa"/>
              <w:right w:w="160" w:type="dxa"/>
            </w:tcMar>
          </w:tcPr>
          <w:p w14:paraId="60FA904A" w14:textId="77777777" w:rsidR="00395C4A" w:rsidRDefault="00ED685D" w:rsidP="00C90F7B">
            <w:pPr>
              <w:spacing w:after="0"/>
              <w:jc w:val="center"/>
            </w:pPr>
            <w:r>
              <w:rPr>
                <w:b/>
                <w:color w:val="FFFFFF"/>
                <w:sz w:val="26"/>
              </w:rPr>
              <w:t>YOUR INVESTWRITE CHALLENGE</w:t>
            </w:r>
          </w:p>
        </w:tc>
      </w:tr>
    </w:tbl>
    <w:p w14:paraId="16684103" w14:textId="77777777" w:rsidR="00395C4A" w:rsidRDefault="00395C4A">
      <w:pPr>
        <w:spacing w:after="20"/>
      </w:pPr>
    </w:p>
    <w:p w14:paraId="79E8F392" w14:textId="1BF98900" w:rsidR="00395C4A" w:rsidRDefault="008C42B1" w:rsidP="008C42B1">
      <w:pPr>
        <w:spacing w:after="120"/>
      </w:pPr>
      <w:r w:rsidRPr="008C42B1">
        <w:rPr>
          <w:b/>
          <w:sz w:val="24"/>
        </w:rPr>
        <w:t>What was one of your first Stock Market Game investments and how did you choose it? What was one of your last Stock Market Game investments and how did you choose it? If you could invest in real life to save for college or retirement, how would you choose the investments for your portfolio?</w:t>
      </w:r>
    </w:p>
    <w:tbl>
      <w:tblPr>
        <w:tblW w:w="0" w:type="auto"/>
        <w:jc w:val="center"/>
        <w:tblLook w:val="04A0" w:firstRow="1" w:lastRow="0" w:firstColumn="1" w:lastColumn="0" w:noHBand="0" w:noVBand="1"/>
      </w:tblPr>
      <w:tblGrid>
        <w:gridCol w:w="10368"/>
      </w:tblGrid>
      <w:tr w:rsidR="00395C4A" w14:paraId="22845AB8" w14:textId="77777777" w:rsidTr="00DD27E1">
        <w:trPr>
          <w:jc w:val="center"/>
        </w:trPr>
        <w:tc>
          <w:tcPr>
            <w:tcW w:w="10476" w:type="dxa"/>
            <w:shd w:val="clear" w:color="auto" w:fill="145DA0"/>
            <w:tcMar>
              <w:top w:w="120" w:type="dxa"/>
              <w:left w:w="160" w:type="dxa"/>
              <w:bottom w:w="120" w:type="dxa"/>
              <w:right w:w="160" w:type="dxa"/>
            </w:tcMar>
          </w:tcPr>
          <w:p w14:paraId="78D51B47" w14:textId="77777777" w:rsidR="00395C4A" w:rsidRDefault="00ED685D" w:rsidP="00C90F7B">
            <w:pPr>
              <w:spacing w:after="0"/>
              <w:jc w:val="center"/>
            </w:pPr>
            <w:r>
              <w:rPr>
                <w:b/>
                <w:color w:val="FFFFFF"/>
                <w:sz w:val="26"/>
              </w:rPr>
              <w:t>WRITING ROADMAP</w:t>
            </w:r>
          </w:p>
        </w:tc>
      </w:tr>
    </w:tbl>
    <w:p w14:paraId="4A991C49" w14:textId="77777777" w:rsidR="00395C4A" w:rsidRDefault="00395C4A">
      <w:pPr>
        <w:spacing w:after="20"/>
      </w:pPr>
    </w:p>
    <w:p w14:paraId="3D3F9AC0" w14:textId="77777777" w:rsidR="001E196C" w:rsidRPr="00411C9D" w:rsidRDefault="001E196C" w:rsidP="001E196C">
      <w:pPr>
        <w:pStyle w:val="ListBullet"/>
        <w:numPr>
          <w:ilvl w:val="0"/>
          <w:numId w:val="0"/>
        </w:numPr>
        <w:spacing w:after="60"/>
        <w:rPr>
          <w:sz w:val="21"/>
        </w:rPr>
      </w:pPr>
      <w:r w:rsidRPr="00411C9D">
        <w:rPr>
          <w:rFonts w:asciiTheme="majorHAnsi" w:eastAsiaTheme="majorEastAsia" w:hAnsiTheme="majorHAnsi" w:cstheme="majorBidi"/>
          <w:b/>
          <w:bCs/>
          <w:color w:val="F28C28"/>
          <w:sz w:val="26"/>
          <w:szCs w:val="26"/>
        </w:rPr>
        <w:t>Introductory Paragraph</w:t>
      </w:r>
      <w:r>
        <w:t xml:space="preserve"> </w:t>
      </w:r>
      <w:r w:rsidRPr="00411C9D">
        <w:rPr>
          <w:b/>
          <w:bCs/>
          <w:color w:val="F79646" w:themeColor="accent6"/>
        </w:rPr>
        <w:t>—</w:t>
      </w:r>
      <w:r>
        <w:t xml:space="preserve"> </w:t>
      </w:r>
      <w:r w:rsidRPr="00411C9D">
        <w:rPr>
          <w:rFonts w:asciiTheme="majorHAnsi" w:eastAsiaTheme="majorEastAsia" w:hAnsiTheme="majorHAnsi" w:cstheme="majorBidi"/>
          <w:b/>
          <w:bCs/>
          <w:color w:val="F28C28"/>
          <w:sz w:val="26"/>
          <w:szCs w:val="26"/>
        </w:rPr>
        <w:t>Introduce Your Investment Journey</w:t>
      </w:r>
    </w:p>
    <w:p w14:paraId="4C208560" w14:textId="77777777" w:rsidR="001E196C" w:rsidRDefault="001E196C" w:rsidP="001E196C">
      <w:pPr>
        <w:pStyle w:val="ListBullet"/>
        <w:spacing w:after="60"/>
      </w:pPr>
      <w:r>
        <w:t>Develop an introductory paragraph about your classroom experience while participating in The Stock Market Game.</w:t>
      </w:r>
    </w:p>
    <w:p w14:paraId="16A9949C" w14:textId="77777777" w:rsidR="001E196C" w:rsidRDefault="001E196C" w:rsidP="001E196C">
      <w:pPr>
        <w:pStyle w:val="ListBullet"/>
        <w:spacing w:after="60"/>
      </w:pPr>
      <w:r>
        <w:t>Discuss events or ideas that impacted decisions you made in developing your Stock Market Game portfolio.</w:t>
      </w:r>
    </w:p>
    <w:p w14:paraId="02B6EB42" w14:textId="77777777" w:rsidR="001E196C" w:rsidRDefault="001E196C" w:rsidP="001E196C">
      <w:pPr>
        <w:pStyle w:val="Heading2"/>
      </w:pPr>
      <w:r>
        <w:t>Think About &amp; Write About — Body of the Essay</w:t>
      </w:r>
    </w:p>
    <w:p w14:paraId="3E6BFA80" w14:textId="77777777" w:rsidR="001E196C" w:rsidRDefault="001E196C" w:rsidP="001E196C">
      <w:pPr>
        <w:spacing w:after="100"/>
        <w:ind w:left="288"/>
      </w:pPr>
      <w:r>
        <w:rPr>
          <w:b/>
          <w:color w:val="F28C28"/>
        </w:rPr>
        <w:t xml:space="preserve">1.  </w:t>
      </w:r>
      <w:r w:rsidRPr="00A30281">
        <w:rPr>
          <w:b/>
          <w:bCs/>
        </w:rPr>
        <w:t>Your First Investment:</w:t>
      </w:r>
      <w:r w:rsidRPr="00A30281">
        <w:t xml:space="preserve"> What was one of your first Stock Market Game investments and how did you choose it?</w:t>
      </w:r>
    </w:p>
    <w:p w14:paraId="4F75CAD5" w14:textId="77777777" w:rsidR="001E196C" w:rsidRDefault="001E196C" w:rsidP="001E196C">
      <w:pPr>
        <w:spacing w:after="100"/>
        <w:ind w:left="288"/>
      </w:pPr>
      <w:r>
        <w:rPr>
          <w:b/>
          <w:color w:val="F28C28"/>
        </w:rPr>
        <w:t xml:space="preserve">2.  </w:t>
      </w:r>
      <w:r w:rsidRPr="00DB5AD9">
        <w:rPr>
          <w:b/>
          <w:bCs/>
        </w:rPr>
        <w:t>Your Last Investment:</w:t>
      </w:r>
      <w:r w:rsidRPr="00DB5AD9">
        <w:t xml:space="preserve"> What was one of your last Stock Market Game investments and how did you </w:t>
      </w:r>
      <w:r>
        <w:t xml:space="preserve"> </w:t>
      </w:r>
      <w:r w:rsidRPr="00DB5AD9">
        <w:t xml:space="preserve">choose it?  </w:t>
      </w:r>
    </w:p>
    <w:p w14:paraId="74F31F0C" w14:textId="77777777" w:rsidR="001E196C" w:rsidRDefault="001E196C" w:rsidP="001E196C">
      <w:pPr>
        <w:spacing w:after="100"/>
        <w:ind w:left="288"/>
      </w:pPr>
      <w:r>
        <w:rPr>
          <w:b/>
          <w:color w:val="F28C28"/>
        </w:rPr>
        <w:t xml:space="preserve">3.  </w:t>
      </w:r>
      <w:r w:rsidRPr="00655548">
        <w:rPr>
          <w:b/>
          <w:bCs/>
        </w:rPr>
        <w:t>The Difference:</w:t>
      </w:r>
      <w:r w:rsidRPr="00655548">
        <w:t xml:space="preserve"> Explain if there were different reasons for choosing those investments and if your reason changed between those two decisions, describe why you think it changed.</w:t>
      </w:r>
    </w:p>
    <w:p w14:paraId="2DFB0F1D" w14:textId="77777777" w:rsidR="001E196C" w:rsidRDefault="001E196C" w:rsidP="001E196C">
      <w:pPr>
        <w:spacing w:after="100"/>
        <w:ind w:left="288"/>
      </w:pPr>
      <w:r>
        <w:rPr>
          <w:b/>
          <w:color w:val="F28C28"/>
        </w:rPr>
        <w:t xml:space="preserve">4.  </w:t>
      </w:r>
      <w:r w:rsidRPr="00F86A11">
        <w:rPr>
          <w:b/>
          <w:bCs/>
        </w:rPr>
        <w:t>Connect Your Experience to Real Life:</w:t>
      </w:r>
      <w:r w:rsidRPr="00F86A11">
        <w:t xml:space="preserve"> Think about college or retirement and discuss what you envision given things you’ve learned in the Stock Market Game.</w:t>
      </w:r>
    </w:p>
    <w:p w14:paraId="137F99D7" w14:textId="77777777" w:rsidR="001E196C" w:rsidRDefault="001E196C" w:rsidP="001E196C">
      <w:pPr>
        <w:spacing w:after="100"/>
        <w:ind w:left="288"/>
      </w:pPr>
      <w:r>
        <w:rPr>
          <w:b/>
          <w:color w:val="F28C28"/>
        </w:rPr>
        <w:t xml:space="preserve">5.  </w:t>
      </w:r>
      <w:r w:rsidRPr="00AA5C0C">
        <w:rPr>
          <w:b/>
          <w:bCs/>
        </w:rPr>
        <w:t>Show What You Learned:</w:t>
      </w:r>
      <w:r w:rsidRPr="00AA5C0C">
        <w:t xml:space="preserve"> Explain how things you’ve learned in The Stock Market Game have helped you gain an understanding of investing in the real world for the long-term. Describe how you would use what you learned to help make those investments for your future.  </w:t>
      </w:r>
    </w:p>
    <w:p w14:paraId="213D7977" w14:textId="77777777" w:rsidR="001E196C" w:rsidRDefault="001E196C" w:rsidP="001E196C">
      <w:pPr>
        <w:pStyle w:val="Heading2"/>
      </w:pPr>
      <w:r>
        <w:lastRenderedPageBreak/>
        <w:t>Concluding Paragraph</w:t>
      </w:r>
    </w:p>
    <w:p w14:paraId="75EB7663" w14:textId="60EEA710" w:rsidR="006E7FF7" w:rsidRPr="00D451D2" w:rsidRDefault="001E196C" w:rsidP="00D451D2">
      <w:r>
        <w:t>Write a concluding paragraph that summarizes the essay. The conclusion should summarize the key ideas discussed throughout the essay and offer your final impression or ideas.</w:t>
      </w:r>
    </w:p>
    <w:tbl>
      <w:tblPr>
        <w:tblW w:w="0" w:type="auto"/>
        <w:jc w:val="center"/>
        <w:tblLook w:val="04A0" w:firstRow="1" w:lastRow="0" w:firstColumn="1" w:lastColumn="0" w:noHBand="0" w:noVBand="1"/>
      </w:tblPr>
      <w:tblGrid>
        <w:gridCol w:w="10368"/>
      </w:tblGrid>
      <w:tr w:rsidR="00395C4A" w14:paraId="6EB6D0B6" w14:textId="77777777">
        <w:trPr>
          <w:jc w:val="center"/>
        </w:trPr>
        <w:tc>
          <w:tcPr>
            <w:tcW w:w="10368" w:type="dxa"/>
            <w:shd w:val="clear" w:color="auto" w:fill="F28C28"/>
            <w:tcMar>
              <w:top w:w="120" w:type="dxa"/>
              <w:left w:w="160" w:type="dxa"/>
              <w:bottom w:w="120" w:type="dxa"/>
              <w:right w:w="160" w:type="dxa"/>
            </w:tcMar>
          </w:tcPr>
          <w:p w14:paraId="5BB94C73" w14:textId="07EED6B8" w:rsidR="00395C4A" w:rsidRDefault="00ED685D" w:rsidP="00C90F7B">
            <w:pPr>
              <w:spacing w:after="0"/>
              <w:jc w:val="center"/>
            </w:pPr>
            <w:r>
              <w:br w:type="page"/>
            </w:r>
            <w:r>
              <w:rPr>
                <w:b/>
                <w:color w:val="FFFFFF"/>
                <w:sz w:val="26"/>
              </w:rPr>
              <w:t>BRAINSTORM &amp; PLAN</w:t>
            </w:r>
          </w:p>
        </w:tc>
      </w:tr>
    </w:tbl>
    <w:p w14:paraId="7671B666" w14:textId="77777777" w:rsidR="00395C4A" w:rsidRDefault="00395C4A">
      <w:pPr>
        <w:spacing w:after="20"/>
      </w:pPr>
    </w:p>
    <w:p w14:paraId="036F50A2" w14:textId="77777777" w:rsidR="00395C4A" w:rsidRPr="00F27602" w:rsidRDefault="00ED685D">
      <w:pPr>
        <w:spacing w:after="120"/>
        <w:rPr>
          <w:sz w:val="21"/>
          <w:szCs w:val="21"/>
        </w:rPr>
      </w:pPr>
      <w:r w:rsidRPr="00F27602">
        <w:rPr>
          <w:sz w:val="21"/>
          <w:szCs w:val="21"/>
        </w:rPr>
        <w:t>Use the spaces below to collect ideas before you draft. Focus on specific evidence, reasons, and examples.</w:t>
      </w:r>
    </w:p>
    <w:tbl>
      <w:tblPr>
        <w:tblW w:w="0" w:type="auto"/>
        <w:jc w:val="center"/>
        <w:tblLook w:val="04A0" w:firstRow="1" w:lastRow="0" w:firstColumn="1" w:lastColumn="0" w:noHBand="0" w:noVBand="1"/>
      </w:tblPr>
      <w:tblGrid>
        <w:gridCol w:w="10368"/>
      </w:tblGrid>
      <w:tr w:rsidR="00395C4A" w14:paraId="07A4FAEA" w14:textId="77777777" w:rsidTr="008E36AA">
        <w:trPr>
          <w:jc w:val="center"/>
        </w:trPr>
        <w:tc>
          <w:tcPr>
            <w:tcW w:w="10495" w:type="dxa"/>
            <w:shd w:val="clear" w:color="auto" w:fill="EAF3FA"/>
            <w:tcMar>
              <w:top w:w="100" w:type="dxa"/>
              <w:left w:w="130" w:type="dxa"/>
              <w:bottom w:w="100" w:type="dxa"/>
              <w:right w:w="130" w:type="dxa"/>
            </w:tcMar>
          </w:tcPr>
          <w:p w14:paraId="607507C7" w14:textId="5F15A12E" w:rsidR="00395C4A" w:rsidRDefault="00765BE3">
            <w:r>
              <w:rPr>
                <w:b/>
                <w:color w:val="145DA0"/>
                <w:sz w:val="22"/>
              </w:rPr>
              <w:t>YOUR FIRST INVESTMENT</w:t>
            </w:r>
            <w:r w:rsidR="0049420A">
              <w:br/>
            </w:r>
            <w:r w:rsidRPr="00765BE3">
              <w:rPr>
                <w:sz w:val="21"/>
                <w:szCs w:val="21"/>
              </w:rPr>
              <w:t>What was one of your first Stock Market Game investments and how did you choose it?</w:t>
            </w:r>
          </w:p>
          <w:p w14:paraId="04B84E97" w14:textId="6F3DBFFE"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p w14:paraId="2DAB9C8C" w14:textId="2EFB6ADC"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p w14:paraId="2BA16859" w14:textId="7E3F4FDC"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p w14:paraId="6A2CEEBA" w14:textId="5DE7B83C"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p w14:paraId="58CF51F3" w14:textId="1D93C5D1"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p w14:paraId="2487C533" w14:textId="4918AB9B"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tc>
      </w:tr>
    </w:tbl>
    <w:p w14:paraId="5F3A9E20" w14:textId="77777777" w:rsidR="00395C4A" w:rsidRDefault="00395C4A">
      <w:pPr>
        <w:spacing w:after="40"/>
      </w:pPr>
    </w:p>
    <w:tbl>
      <w:tblPr>
        <w:tblW w:w="0" w:type="auto"/>
        <w:jc w:val="center"/>
        <w:tblLook w:val="04A0" w:firstRow="1" w:lastRow="0" w:firstColumn="1" w:lastColumn="0" w:noHBand="0" w:noVBand="1"/>
      </w:tblPr>
      <w:tblGrid>
        <w:gridCol w:w="10368"/>
      </w:tblGrid>
      <w:tr w:rsidR="00395C4A" w14:paraId="41C76D87" w14:textId="77777777" w:rsidTr="008E36AA">
        <w:trPr>
          <w:trHeight w:val="3230"/>
          <w:jc w:val="center"/>
        </w:trPr>
        <w:tc>
          <w:tcPr>
            <w:tcW w:w="10516" w:type="dxa"/>
            <w:shd w:val="clear" w:color="auto" w:fill="EAF3FA"/>
            <w:tcMar>
              <w:top w:w="100" w:type="dxa"/>
              <w:left w:w="130" w:type="dxa"/>
              <w:bottom w:w="100" w:type="dxa"/>
              <w:right w:w="130" w:type="dxa"/>
            </w:tcMar>
          </w:tcPr>
          <w:p w14:paraId="66D11787" w14:textId="1937E1EC" w:rsidR="00395C4A" w:rsidRDefault="00765BE3">
            <w:r>
              <w:rPr>
                <w:b/>
                <w:color w:val="145DA0"/>
                <w:sz w:val="22"/>
              </w:rPr>
              <w:t>YOUR LAST INVESTMENT</w:t>
            </w:r>
            <w:r w:rsidR="0049420A">
              <w:br/>
            </w:r>
            <w:r w:rsidRPr="00765BE3">
              <w:rPr>
                <w:sz w:val="21"/>
                <w:szCs w:val="21"/>
              </w:rPr>
              <w:t xml:space="preserve">What was one of your last Stock Market Game investments and how did you choose it?  </w:t>
            </w:r>
          </w:p>
          <w:p w14:paraId="7E807114" w14:textId="132E6DD2"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p w14:paraId="207F00B5" w14:textId="7737D8C5"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p w14:paraId="434ADDB8" w14:textId="3483E259"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p w14:paraId="2A28BE00" w14:textId="428F2FA6"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p w14:paraId="780DDDE3" w14:textId="0A23B971"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p w14:paraId="47065024" w14:textId="178DD821"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p w14:paraId="583D4686" w14:textId="37A926AE" w:rsidR="00395C4A" w:rsidRDefault="00ED685D">
            <w:pPr>
              <w:spacing w:after="40"/>
            </w:pPr>
            <w:r>
              <w:rPr>
                <w:color w:val="B7C9D6"/>
              </w:rPr>
              <w:t>________________________________________________________________________________</w:t>
            </w:r>
            <w:r w:rsidR="002E79D4">
              <w:rPr>
                <w:color w:val="B7C9D6"/>
              </w:rPr>
              <w:t>____________________________</w:t>
            </w:r>
            <w:r w:rsidR="00070534">
              <w:rPr>
                <w:color w:val="B7C9D6"/>
              </w:rPr>
              <w:t>_</w:t>
            </w:r>
          </w:p>
        </w:tc>
      </w:tr>
    </w:tbl>
    <w:p w14:paraId="7D5E44E7" w14:textId="77777777" w:rsidR="00D451D2" w:rsidRDefault="00D451D2">
      <w:pPr>
        <w:spacing w:after="40"/>
      </w:pPr>
    </w:p>
    <w:tbl>
      <w:tblPr>
        <w:tblW w:w="0" w:type="auto"/>
        <w:jc w:val="center"/>
        <w:tblLayout w:type="fixed"/>
        <w:tblLook w:val="04A0" w:firstRow="1" w:lastRow="0" w:firstColumn="1" w:lastColumn="0" w:noHBand="0" w:noVBand="1"/>
      </w:tblPr>
      <w:tblGrid>
        <w:gridCol w:w="10602"/>
      </w:tblGrid>
      <w:tr w:rsidR="00F17FC4" w14:paraId="6260197B" w14:textId="77777777" w:rsidTr="008E36AA">
        <w:trPr>
          <w:jc w:val="center"/>
        </w:trPr>
        <w:tc>
          <w:tcPr>
            <w:tcW w:w="10602" w:type="dxa"/>
            <w:shd w:val="clear" w:color="auto" w:fill="EAF3FA"/>
            <w:tcMar>
              <w:top w:w="100" w:type="dxa"/>
              <w:left w:w="130" w:type="dxa"/>
              <w:bottom w:w="100" w:type="dxa"/>
              <w:right w:w="130" w:type="dxa"/>
            </w:tcMar>
          </w:tcPr>
          <w:p w14:paraId="0D48F505" w14:textId="01C7B985" w:rsidR="00F17FC4" w:rsidRDefault="00765BE3" w:rsidP="00292F4C">
            <w:pPr>
              <w:spacing w:line="240" w:lineRule="auto"/>
            </w:pPr>
            <w:r>
              <w:rPr>
                <w:b/>
                <w:color w:val="145DA0"/>
                <w:sz w:val="22"/>
              </w:rPr>
              <w:t>THE DIFFERENCE</w:t>
            </w:r>
            <w:r w:rsidR="00F17FC4">
              <w:br/>
            </w:r>
            <w:r w:rsidRPr="00765BE3">
              <w:rPr>
                <w:sz w:val="21"/>
                <w:szCs w:val="21"/>
              </w:rPr>
              <w:t>Explain if there were different reasons for choosing those investments and if your reason changed between those two decisions, describe why you think it changed.</w:t>
            </w:r>
          </w:p>
          <w:p w14:paraId="42EC7651" w14:textId="70B70022" w:rsidR="00F17FC4" w:rsidRDefault="00F17FC4" w:rsidP="00BA5193">
            <w:pPr>
              <w:spacing w:after="40"/>
            </w:pPr>
            <w:r>
              <w:rPr>
                <w:color w:val="B7C9D6"/>
              </w:rPr>
              <w:t>________________________________________________________________________________</w:t>
            </w:r>
            <w:r w:rsidR="002E79D4">
              <w:rPr>
                <w:color w:val="B7C9D6"/>
              </w:rPr>
              <w:t>____________________________</w:t>
            </w:r>
            <w:r w:rsidR="00070534">
              <w:rPr>
                <w:color w:val="B7C9D6"/>
              </w:rPr>
              <w:t>__</w:t>
            </w:r>
          </w:p>
          <w:p w14:paraId="0483CF6E" w14:textId="38E5D477" w:rsidR="00F17FC4" w:rsidRDefault="00F17FC4" w:rsidP="00BA5193">
            <w:pPr>
              <w:spacing w:after="40"/>
            </w:pPr>
            <w:r>
              <w:rPr>
                <w:color w:val="B7C9D6"/>
              </w:rPr>
              <w:t>________________________________________________________________________________</w:t>
            </w:r>
            <w:r w:rsidR="002E79D4">
              <w:rPr>
                <w:color w:val="B7C9D6"/>
              </w:rPr>
              <w:t>____________________________</w:t>
            </w:r>
            <w:r w:rsidR="00070534">
              <w:rPr>
                <w:color w:val="B7C9D6"/>
              </w:rPr>
              <w:t>__</w:t>
            </w:r>
          </w:p>
          <w:p w14:paraId="4FB965CF" w14:textId="06F6046F" w:rsidR="00F17FC4" w:rsidRDefault="00F17FC4" w:rsidP="00BA5193">
            <w:pPr>
              <w:spacing w:after="40"/>
            </w:pPr>
            <w:r>
              <w:rPr>
                <w:color w:val="B7C9D6"/>
              </w:rPr>
              <w:t>________________________________________________________________________________</w:t>
            </w:r>
            <w:r w:rsidR="002E79D4">
              <w:rPr>
                <w:color w:val="B7C9D6"/>
              </w:rPr>
              <w:t>____________________________</w:t>
            </w:r>
            <w:r w:rsidR="00070534">
              <w:rPr>
                <w:color w:val="B7C9D6"/>
              </w:rPr>
              <w:t>__</w:t>
            </w:r>
          </w:p>
          <w:p w14:paraId="16838E8B" w14:textId="632FB369" w:rsidR="00F17FC4" w:rsidRDefault="00F17FC4" w:rsidP="00BA5193">
            <w:pPr>
              <w:spacing w:after="40"/>
            </w:pPr>
            <w:r>
              <w:rPr>
                <w:color w:val="B7C9D6"/>
              </w:rPr>
              <w:t>________________________________________________________________________________</w:t>
            </w:r>
            <w:r w:rsidR="002E79D4">
              <w:rPr>
                <w:color w:val="B7C9D6"/>
              </w:rPr>
              <w:t>____________________________</w:t>
            </w:r>
            <w:r w:rsidR="00070534">
              <w:rPr>
                <w:color w:val="B7C9D6"/>
              </w:rPr>
              <w:t>__</w:t>
            </w:r>
          </w:p>
          <w:p w14:paraId="500023E4" w14:textId="5A5DFDE9" w:rsidR="00F17FC4" w:rsidRDefault="00F17FC4" w:rsidP="00BA5193">
            <w:pPr>
              <w:spacing w:after="40"/>
            </w:pPr>
            <w:r>
              <w:rPr>
                <w:color w:val="B7C9D6"/>
              </w:rPr>
              <w:t>________________________________________________________________________________</w:t>
            </w:r>
            <w:r w:rsidR="002E79D4">
              <w:rPr>
                <w:color w:val="B7C9D6"/>
              </w:rPr>
              <w:t>____________________________</w:t>
            </w:r>
            <w:r w:rsidR="00070534">
              <w:rPr>
                <w:color w:val="B7C9D6"/>
              </w:rPr>
              <w:t>__</w:t>
            </w:r>
          </w:p>
          <w:p w14:paraId="306DC0EA" w14:textId="30F4B3E1" w:rsidR="00F17FC4" w:rsidRDefault="00F17FC4" w:rsidP="00BA5193">
            <w:pPr>
              <w:spacing w:after="40"/>
            </w:pPr>
            <w:r>
              <w:rPr>
                <w:color w:val="B7C9D6"/>
              </w:rPr>
              <w:t>________________________________________________________________________________</w:t>
            </w:r>
            <w:r w:rsidR="002E79D4">
              <w:rPr>
                <w:color w:val="B7C9D6"/>
              </w:rPr>
              <w:t>____________________________</w:t>
            </w:r>
            <w:r w:rsidR="00070534">
              <w:rPr>
                <w:color w:val="B7C9D6"/>
              </w:rPr>
              <w:t>__</w:t>
            </w:r>
          </w:p>
          <w:p w14:paraId="0809A10F" w14:textId="0765B3C3" w:rsidR="00F17FC4" w:rsidRDefault="00F17FC4" w:rsidP="00BA5193">
            <w:pPr>
              <w:spacing w:after="40"/>
              <w:rPr>
                <w:color w:val="B7C9D6"/>
              </w:rPr>
            </w:pPr>
            <w:r>
              <w:rPr>
                <w:color w:val="B7C9D6"/>
              </w:rPr>
              <w:t>________________________________________________________________________________</w:t>
            </w:r>
            <w:r w:rsidR="002E79D4">
              <w:rPr>
                <w:color w:val="B7C9D6"/>
              </w:rPr>
              <w:t>____________________________</w:t>
            </w:r>
            <w:r w:rsidR="00070534">
              <w:rPr>
                <w:color w:val="B7C9D6"/>
              </w:rPr>
              <w:t>__</w:t>
            </w:r>
          </w:p>
          <w:p w14:paraId="1244F9C0" w14:textId="26503A16" w:rsidR="001772FE" w:rsidRDefault="001772FE" w:rsidP="001772FE">
            <w:pPr>
              <w:spacing w:after="40"/>
              <w:rPr>
                <w:color w:val="B7C9D6"/>
              </w:rPr>
            </w:pPr>
            <w:r>
              <w:rPr>
                <w:color w:val="B7C9D6"/>
              </w:rPr>
              <w:t>____________________________________________________________________________________________________________</w:t>
            </w:r>
            <w:r w:rsidR="00070534">
              <w:rPr>
                <w:color w:val="B7C9D6"/>
              </w:rPr>
              <w:t>__</w:t>
            </w:r>
          </w:p>
          <w:p w14:paraId="7D8E97BD" w14:textId="7CA91905" w:rsidR="00070534" w:rsidRPr="001772FE" w:rsidRDefault="001772FE" w:rsidP="00BA5193">
            <w:pPr>
              <w:spacing w:after="40"/>
              <w:rPr>
                <w:color w:val="B7C9D6"/>
              </w:rPr>
            </w:pPr>
            <w:r>
              <w:rPr>
                <w:color w:val="B7C9D6"/>
              </w:rPr>
              <w:t>____________________________________________________________________________________________________________</w:t>
            </w:r>
            <w:r w:rsidR="00070534">
              <w:rPr>
                <w:color w:val="B7C9D6"/>
              </w:rPr>
              <w:t>__</w:t>
            </w:r>
          </w:p>
        </w:tc>
      </w:tr>
    </w:tbl>
    <w:tbl>
      <w:tblPr>
        <w:tblW w:w="10440" w:type="dxa"/>
        <w:jc w:val="center"/>
        <w:tblLook w:val="04A0" w:firstRow="1" w:lastRow="0" w:firstColumn="1" w:lastColumn="0" w:noHBand="0" w:noVBand="1"/>
      </w:tblPr>
      <w:tblGrid>
        <w:gridCol w:w="10596"/>
      </w:tblGrid>
      <w:tr w:rsidR="00D451D2" w14:paraId="721402D7" w14:textId="77777777" w:rsidTr="00DC2D3B">
        <w:trPr>
          <w:jc w:val="center"/>
        </w:trPr>
        <w:tc>
          <w:tcPr>
            <w:tcW w:w="10440" w:type="dxa"/>
            <w:shd w:val="clear" w:color="auto" w:fill="EAF3FA"/>
            <w:tcMar>
              <w:top w:w="100" w:type="dxa"/>
              <w:left w:w="130" w:type="dxa"/>
              <w:bottom w:w="100" w:type="dxa"/>
              <w:right w:w="130" w:type="dxa"/>
            </w:tcMar>
          </w:tcPr>
          <w:p w14:paraId="3FA019C3" w14:textId="77777777" w:rsidR="00765BE3" w:rsidRDefault="00765BE3" w:rsidP="000757D1">
            <w:pPr>
              <w:spacing w:after="40"/>
              <w:ind w:right="-558"/>
              <w:rPr>
                <w:sz w:val="21"/>
                <w:szCs w:val="21"/>
              </w:rPr>
            </w:pPr>
            <w:r>
              <w:rPr>
                <w:b/>
                <w:color w:val="145DA0"/>
                <w:sz w:val="22"/>
              </w:rPr>
              <w:lastRenderedPageBreak/>
              <w:t>CONNECT YOUR EXPERIENCE TO REAL LIFE</w:t>
            </w:r>
            <w:r w:rsidR="00D451D2">
              <w:br/>
            </w:r>
            <w:r w:rsidRPr="00765BE3">
              <w:rPr>
                <w:sz w:val="21"/>
                <w:szCs w:val="21"/>
              </w:rPr>
              <w:t>Think about college or retirement and discuss what you envision given things you’ve learned in the Stock</w:t>
            </w:r>
            <w:r>
              <w:rPr>
                <w:sz w:val="21"/>
                <w:szCs w:val="21"/>
              </w:rPr>
              <w:t xml:space="preserve"> </w:t>
            </w:r>
            <w:r w:rsidRPr="00765BE3">
              <w:rPr>
                <w:sz w:val="21"/>
                <w:szCs w:val="21"/>
              </w:rPr>
              <w:t xml:space="preserve">Market </w:t>
            </w:r>
          </w:p>
          <w:p w14:paraId="0EA319DB" w14:textId="6696BB66" w:rsidR="00D451D2" w:rsidRPr="00765BE3" w:rsidRDefault="00765BE3" w:rsidP="000757D1">
            <w:pPr>
              <w:spacing w:after="40"/>
              <w:ind w:right="-558"/>
              <w:rPr>
                <w:sz w:val="21"/>
                <w:szCs w:val="21"/>
              </w:rPr>
            </w:pPr>
            <w:r w:rsidRPr="00765BE3">
              <w:rPr>
                <w:sz w:val="21"/>
                <w:szCs w:val="21"/>
              </w:rPr>
              <w:t>Game.</w:t>
            </w:r>
          </w:p>
          <w:p w14:paraId="2223A8F2" w14:textId="58B15A8C" w:rsidR="00D451D2" w:rsidRDefault="00D451D2" w:rsidP="000757D1">
            <w:pPr>
              <w:spacing w:after="40"/>
              <w:ind w:right="-558"/>
            </w:pPr>
            <w:r w:rsidRPr="00F27602">
              <w:rPr>
                <w:color w:val="B7C9D6"/>
                <w:sz w:val="21"/>
                <w:szCs w:val="21"/>
              </w:rPr>
              <w:t>______________________________________________________________________</w:t>
            </w:r>
            <w:r>
              <w:rPr>
                <w:color w:val="B7C9D6"/>
                <w:sz w:val="21"/>
                <w:szCs w:val="21"/>
              </w:rPr>
              <w:t>___________________________________</w:t>
            </w:r>
            <w:r w:rsidR="00070534">
              <w:rPr>
                <w:color w:val="B7C9D6"/>
                <w:sz w:val="21"/>
                <w:szCs w:val="21"/>
              </w:rPr>
              <w:t>__</w:t>
            </w:r>
          </w:p>
          <w:p w14:paraId="4D152334" w14:textId="26EB9BAE" w:rsidR="00D451D2" w:rsidRDefault="00D451D2" w:rsidP="000757D1">
            <w:pPr>
              <w:spacing w:after="40"/>
            </w:pPr>
            <w:r>
              <w:rPr>
                <w:color w:val="B7C9D6"/>
              </w:rPr>
              <w:t>______________________________________________________________________________________________________________</w:t>
            </w:r>
            <w:r w:rsidR="00070534">
              <w:rPr>
                <w:color w:val="B7C9D6"/>
              </w:rPr>
              <w:t>__</w:t>
            </w:r>
          </w:p>
          <w:p w14:paraId="3EF4732F" w14:textId="37C02E7D" w:rsidR="00D451D2" w:rsidRDefault="00D451D2" w:rsidP="000757D1">
            <w:pPr>
              <w:spacing w:after="40"/>
            </w:pPr>
            <w:r>
              <w:rPr>
                <w:color w:val="B7C9D6"/>
              </w:rPr>
              <w:t>______________________________________________________________________________________________________________</w:t>
            </w:r>
            <w:r w:rsidR="00070534">
              <w:rPr>
                <w:color w:val="B7C9D6"/>
              </w:rPr>
              <w:t>_</w:t>
            </w:r>
            <w:r>
              <w:rPr>
                <w:color w:val="B7C9D6"/>
              </w:rPr>
              <w:t>_</w:t>
            </w:r>
          </w:p>
          <w:p w14:paraId="42F39E20" w14:textId="62C447CD" w:rsidR="00D451D2" w:rsidRDefault="00D451D2" w:rsidP="000757D1">
            <w:pPr>
              <w:spacing w:after="40"/>
            </w:pPr>
            <w:r>
              <w:rPr>
                <w:color w:val="B7C9D6"/>
              </w:rPr>
              <w:t>_______________________________________________________________________________________________________________</w:t>
            </w:r>
            <w:r w:rsidR="00070534">
              <w:rPr>
                <w:color w:val="B7C9D6"/>
              </w:rPr>
              <w:t>_</w:t>
            </w:r>
          </w:p>
          <w:p w14:paraId="1706197A" w14:textId="1F036DE0" w:rsidR="00D451D2" w:rsidRDefault="00D451D2" w:rsidP="000757D1">
            <w:pPr>
              <w:spacing w:after="40"/>
            </w:pPr>
            <w:r>
              <w:rPr>
                <w:color w:val="B7C9D6"/>
              </w:rPr>
              <w:t>_______________________________________________________________________________________________________________</w:t>
            </w:r>
            <w:r w:rsidR="00070534">
              <w:rPr>
                <w:color w:val="B7C9D6"/>
              </w:rPr>
              <w:t>_</w:t>
            </w:r>
          </w:p>
          <w:p w14:paraId="600C2DB7" w14:textId="619ADB27" w:rsidR="00D451D2" w:rsidRDefault="00D451D2" w:rsidP="000757D1">
            <w:pPr>
              <w:spacing w:after="40"/>
            </w:pPr>
            <w:r>
              <w:rPr>
                <w:color w:val="B7C9D6"/>
              </w:rPr>
              <w:t>_______________________________________________________________________________________________________________</w:t>
            </w:r>
            <w:r w:rsidR="00070534">
              <w:rPr>
                <w:color w:val="B7C9D6"/>
              </w:rPr>
              <w:t>_</w:t>
            </w:r>
          </w:p>
          <w:p w14:paraId="08C49143" w14:textId="0CD64A87" w:rsidR="00D451D2" w:rsidRDefault="00D451D2" w:rsidP="000757D1">
            <w:pPr>
              <w:spacing w:after="40"/>
              <w:rPr>
                <w:color w:val="B7C9D6"/>
              </w:rPr>
            </w:pPr>
            <w:r>
              <w:rPr>
                <w:color w:val="B7C9D6"/>
              </w:rPr>
              <w:t>_______________________________________________________________________________________________________________</w:t>
            </w:r>
            <w:r w:rsidR="00070534">
              <w:rPr>
                <w:color w:val="B7C9D6"/>
              </w:rPr>
              <w:t>_</w:t>
            </w:r>
          </w:p>
          <w:p w14:paraId="4E42C1DC" w14:textId="13F5CAFA" w:rsidR="00070534" w:rsidRDefault="00070534" w:rsidP="000757D1">
            <w:pPr>
              <w:spacing w:after="40"/>
            </w:pPr>
            <w:r>
              <w:rPr>
                <w:color w:val="B7C9D6"/>
              </w:rPr>
              <w:t>________________________________________________________________________________________________________________</w:t>
            </w:r>
          </w:p>
        </w:tc>
      </w:tr>
    </w:tbl>
    <w:p w14:paraId="2DA2F93D" w14:textId="77777777" w:rsidR="00D451D2" w:rsidRDefault="00D451D2">
      <w:pPr>
        <w:spacing w:after="40"/>
      </w:pPr>
    </w:p>
    <w:tbl>
      <w:tblPr>
        <w:tblW w:w="0" w:type="auto"/>
        <w:jc w:val="center"/>
        <w:tblLook w:val="04A0" w:firstRow="1" w:lastRow="0" w:firstColumn="1" w:lastColumn="0" w:noHBand="0" w:noVBand="1"/>
      </w:tblPr>
      <w:tblGrid>
        <w:gridCol w:w="10368"/>
      </w:tblGrid>
      <w:tr w:rsidR="00395C4A" w14:paraId="4CFEB9D3" w14:textId="77777777" w:rsidTr="00DC2D3B">
        <w:trPr>
          <w:trHeight w:val="4607"/>
          <w:jc w:val="center"/>
        </w:trPr>
        <w:tc>
          <w:tcPr>
            <w:tcW w:w="10548" w:type="dxa"/>
            <w:shd w:val="clear" w:color="auto" w:fill="EAF3FA"/>
            <w:tcMar>
              <w:top w:w="100" w:type="dxa"/>
              <w:left w:w="130" w:type="dxa"/>
              <w:bottom w:w="100" w:type="dxa"/>
              <w:right w:w="130" w:type="dxa"/>
            </w:tcMar>
          </w:tcPr>
          <w:p w14:paraId="42D844E1" w14:textId="1993CDCF" w:rsidR="00F27602" w:rsidRDefault="00765BE3">
            <w:pPr>
              <w:spacing w:after="40"/>
            </w:pPr>
            <w:r>
              <w:rPr>
                <w:b/>
                <w:color w:val="145DA0"/>
                <w:sz w:val="22"/>
              </w:rPr>
              <w:t>SHOW WHAT YOU LEARNED</w:t>
            </w:r>
            <w:r w:rsidR="00F17FC4">
              <w:br/>
            </w:r>
            <w:r w:rsidRPr="00765BE3">
              <w:rPr>
                <w:sz w:val="21"/>
                <w:szCs w:val="21"/>
              </w:rPr>
              <w:t xml:space="preserve">Explain how things you’ve learned in The Stock Market Game have helped you gain an understanding of investing in the real world for the long-term. Describe how you would use what you learned to help make those investments for your future.  </w:t>
            </w:r>
          </w:p>
          <w:p w14:paraId="0D792011" w14:textId="50592ACA" w:rsidR="00395C4A" w:rsidRDefault="00F17FC4">
            <w:pPr>
              <w:spacing w:after="40"/>
            </w:pPr>
            <w:r>
              <w:rPr>
                <w:color w:val="B7C9D6"/>
              </w:rPr>
              <w:t>________________________________________________________________________________</w:t>
            </w:r>
            <w:r w:rsidR="00F27602">
              <w:rPr>
                <w:color w:val="B7C9D6"/>
              </w:rPr>
              <w:t>_______________________________</w:t>
            </w:r>
            <w:r w:rsidR="00ED685D">
              <w:rPr>
                <w:color w:val="B7C9D6"/>
              </w:rPr>
              <w:t>________________________________________________________________________________</w:t>
            </w:r>
            <w:r w:rsidR="00F27602">
              <w:rPr>
                <w:color w:val="B7C9D6"/>
              </w:rPr>
              <w:t>_______________________________</w:t>
            </w:r>
            <w:r w:rsidR="00ED685D">
              <w:rPr>
                <w:color w:val="B7C9D6"/>
              </w:rPr>
              <w:t>________________________________________________________________________________</w:t>
            </w:r>
            <w:r w:rsidR="00F27602">
              <w:rPr>
                <w:color w:val="B7C9D6"/>
              </w:rPr>
              <w:t>_______________________________</w:t>
            </w:r>
            <w:r w:rsidR="00ED685D">
              <w:rPr>
                <w:color w:val="B7C9D6"/>
              </w:rPr>
              <w:t>________________________________________________________________________________</w:t>
            </w:r>
            <w:r w:rsidR="00F27602">
              <w:rPr>
                <w:color w:val="B7C9D6"/>
              </w:rPr>
              <w:t>_______________________________</w:t>
            </w:r>
            <w:r w:rsidR="00ED685D">
              <w:rPr>
                <w:color w:val="B7C9D6"/>
              </w:rPr>
              <w:t>________________________________________________________________________________</w:t>
            </w:r>
            <w:r w:rsidR="00F27602">
              <w:rPr>
                <w:color w:val="B7C9D6"/>
              </w:rPr>
              <w:t>_______________________________</w:t>
            </w:r>
            <w:r w:rsidR="00ED685D">
              <w:rPr>
                <w:color w:val="B7C9D6"/>
              </w:rPr>
              <w:t>________________________________________________________________________________</w:t>
            </w:r>
            <w:r w:rsidR="00F27602">
              <w:rPr>
                <w:color w:val="B7C9D6"/>
              </w:rPr>
              <w:t>___________________</w:t>
            </w:r>
          </w:p>
          <w:p w14:paraId="6AD6E32E" w14:textId="07CB741C" w:rsidR="00395C4A" w:rsidRDefault="00ED685D">
            <w:pPr>
              <w:spacing w:after="40"/>
              <w:rPr>
                <w:color w:val="B7C9D6"/>
              </w:rPr>
            </w:pPr>
            <w:r>
              <w:rPr>
                <w:color w:val="B7C9D6"/>
              </w:rPr>
              <w:t>________________________________________________________________________________</w:t>
            </w:r>
            <w:r w:rsidR="00F27602">
              <w:rPr>
                <w:color w:val="B7C9D6"/>
              </w:rPr>
              <w:t>_____________________________</w:t>
            </w:r>
          </w:p>
          <w:p w14:paraId="5336AB58" w14:textId="2331F8CA" w:rsidR="00070534" w:rsidRDefault="00070534" w:rsidP="00070534">
            <w:pPr>
              <w:spacing w:after="40"/>
            </w:pPr>
            <w:r>
              <w:rPr>
                <w:color w:val="B7C9D6"/>
              </w:rPr>
              <w:t>_____________________________________________________________________________________________________________</w:t>
            </w:r>
          </w:p>
          <w:p w14:paraId="4384167F" w14:textId="4F223413" w:rsidR="00070534" w:rsidRDefault="00070534" w:rsidP="00070534">
            <w:pPr>
              <w:spacing w:after="40"/>
              <w:rPr>
                <w:color w:val="B7C9D6"/>
              </w:rPr>
            </w:pPr>
            <w:r>
              <w:rPr>
                <w:color w:val="B7C9D6"/>
              </w:rPr>
              <w:t>_____________________________________________________________________________________________________________</w:t>
            </w:r>
          </w:p>
          <w:p w14:paraId="3D5FD9E8" w14:textId="6E349CCF" w:rsidR="00070534" w:rsidRDefault="00070534" w:rsidP="00070534">
            <w:pPr>
              <w:spacing w:after="40"/>
            </w:pPr>
            <w:r>
              <w:rPr>
                <w:color w:val="B7C9D6"/>
              </w:rPr>
              <w:t>_____________________________________________________________________________________________________________</w:t>
            </w:r>
          </w:p>
          <w:p w14:paraId="0F085056" w14:textId="73709E38" w:rsidR="00070534" w:rsidRPr="00070534" w:rsidRDefault="00070534" w:rsidP="00070534">
            <w:r>
              <w:rPr>
                <w:color w:val="B7C9D6"/>
              </w:rPr>
              <w:t>_____________________________________________________________________________________________________________</w:t>
            </w:r>
          </w:p>
        </w:tc>
      </w:tr>
    </w:tbl>
    <w:p w14:paraId="19F6F76A" w14:textId="77777777" w:rsidR="00070534" w:rsidRDefault="00070534">
      <w:pPr>
        <w:spacing w:after="40"/>
      </w:pPr>
    </w:p>
    <w:tbl>
      <w:tblPr>
        <w:tblW w:w="10683" w:type="dxa"/>
        <w:jc w:val="center"/>
        <w:tblLook w:val="04A0" w:firstRow="1" w:lastRow="0" w:firstColumn="1" w:lastColumn="0" w:noHBand="0" w:noVBand="1"/>
      </w:tblPr>
      <w:tblGrid>
        <w:gridCol w:w="10683"/>
      </w:tblGrid>
      <w:tr w:rsidR="00395C4A" w14:paraId="1EAA5A80" w14:textId="77777777" w:rsidTr="00765BE3">
        <w:trPr>
          <w:trHeight w:val="3095"/>
          <w:jc w:val="center"/>
        </w:trPr>
        <w:tc>
          <w:tcPr>
            <w:tcW w:w="10683" w:type="dxa"/>
            <w:shd w:val="clear" w:color="auto" w:fill="EAF3FA"/>
            <w:tcMar>
              <w:top w:w="100" w:type="dxa"/>
              <w:left w:w="130" w:type="dxa"/>
              <w:bottom w:w="100" w:type="dxa"/>
              <w:right w:w="130" w:type="dxa"/>
            </w:tcMar>
          </w:tcPr>
          <w:p w14:paraId="05B52F0C" w14:textId="77777777" w:rsidR="00395C4A" w:rsidRDefault="00ED685D" w:rsidP="00C352D0">
            <w:pPr>
              <w:spacing w:line="240" w:lineRule="auto"/>
            </w:pPr>
            <w:r>
              <w:rPr>
                <w:b/>
                <w:color w:val="145DA0"/>
                <w:sz w:val="22"/>
              </w:rPr>
              <w:t>CONCLUSION</w:t>
            </w:r>
            <w:r>
              <w:br/>
            </w:r>
            <w:r w:rsidRPr="007A11AF">
              <w:rPr>
                <w:sz w:val="21"/>
                <w:szCs w:val="21"/>
              </w:rPr>
              <w:t>Summarize the key ideas in your essay and offer a final impression, insight, or takeaway.</w:t>
            </w:r>
          </w:p>
          <w:p w14:paraId="12DA96BC" w14:textId="547B7819" w:rsidR="00395C4A" w:rsidRDefault="00ED685D">
            <w:pPr>
              <w:spacing w:after="40"/>
            </w:pPr>
            <w:r>
              <w:rPr>
                <w:color w:val="B7C9D6"/>
              </w:rPr>
              <w:t>________________________________________________________________________________</w:t>
            </w:r>
            <w:r w:rsidR="001772FE">
              <w:rPr>
                <w:color w:val="B7C9D6"/>
              </w:rPr>
              <w:t>_______________________________</w:t>
            </w:r>
            <w:r w:rsidR="00DC500D">
              <w:rPr>
                <w:color w:val="B7C9D6"/>
              </w:rPr>
              <w:t>_</w:t>
            </w:r>
          </w:p>
          <w:p w14:paraId="66D566B0" w14:textId="1FBB3D23" w:rsidR="00395C4A" w:rsidRDefault="00ED685D">
            <w:pPr>
              <w:spacing w:after="40"/>
            </w:pPr>
            <w:r>
              <w:rPr>
                <w:color w:val="B7C9D6"/>
              </w:rPr>
              <w:t>________________________________________________________________________________</w:t>
            </w:r>
            <w:r w:rsidR="001772FE">
              <w:rPr>
                <w:color w:val="B7C9D6"/>
              </w:rPr>
              <w:t>_______________________________</w:t>
            </w:r>
            <w:r w:rsidR="00DC500D">
              <w:rPr>
                <w:color w:val="B7C9D6"/>
              </w:rPr>
              <w:t>_</w:t>
            </w:r>
          </w:p>
          <w:p w14:paraId="23D15737" w14:textId="6D252A53" w:rsidR="00395C4A" w:rsidRDefault="00ED685D">
            <w:pPr>
              <w:spacing w:after="40"/>
            </w:pPr>
            <w:r>
              <w:rPr>
                <w:color w:val="B7C9D6"/>
              </w:rPr>
              <w:t>________________________________________________________________________________</w:t>
            </w:r>
            <w:r w:rsidR="001772FE">
              <w:rPr>
                <w:color w:val="B7C9D6"/>
              </w:rPr>
              <w:t>_______________________________</w:t>
            </w:r>
            <w:r w:rsidR="00DC500D">
              <w:rPr>
                <w:color w:val="B7C9D6"/>
              </w:rPr>
              <w:t>_</w:t>
            </w:r>
          </w:p>
          <w:p w14:paraId="310B9453" w14:textId="45D59E59" w:rsidR="00395C4A" w:rsidRDefault="00ED685D">
            <w:pPr>
              <w:spacing w:after="40"/>
            </w:pPr>
            <w:r>
              <w:rPr>
                <w:color w:val="B7C9D6"/>
              </w:rPr>
              <w:t>________________________________________________________________________________</w:t>
            </w:r>
            <w:r w:rsidR="001772FE">
              <w:rPr>
                <w:color w:val="B7C9D6"/>
              </w:rPr>
              <w:t>______________________________</w:t>
            </w:r>
            <w:r w:rsidR="005032B9">
              <w:rPr>
                <w:color w:val="B7C9D6"/>
              </w:rPr>
              <w:t>_</w:t>
            </w:r>
            <w:r w:rsidR="00DC500D">
              <w:rPr>
                <w:color w:val="B7C9D6"/>
              </w:rPr>
              <w:t>_</w:t>
            </w:r>
          </w:p>
          <w:p w14:paraId="24460899" w14:textId="2F28A143" w:rsidR="00395C4A" w:rsidRDefault="00ED685D">
            <w:pPr>
              <w:spacing w:after="40"/>
            </w:pPr>
            <w:r>
              <w:rPr>
                <w:color w:val="B7C9D6"/>
              </w:rPr>
              <w:t>________________________________________________________________________________</w:t>
            </w:r>
            <w:r w:rsidR="005032B9">
              <w:rPr>
                <w:color w:val="B7C9D6"/>
              </w:rPr>
              <w:t>_______________________________</w:t>
            </w:r>
            <w:r w:rsidR="00DC500D">
              <w:rPr>
                <w:color w:val="B7C9D6"/>
              </w:rPr>
              <w:t>_</w:t>
            </w:r>
          </w:p>
          <w:p w14:paraId="557CCE89" w14:textId="44BF5484" w:rsidR="00395C4A" w:rsidRDefault="00ED685D">
            <w:pPr>
              <w:spacing w:after="40"/>
              <w:rPr>
                <w:color w:val="B7C9D6"/>
              </w:rPr>
            </w:pPr>
            <w:r>
              <w:rPr>
                <w:color w:val="B7C9D6"/>
              </w:rPr>
              <w:t>________________________________________________________________________________</w:t>
            </w:r>
            <w:r w:rsidR="005032B9">
              <w:rPr>
                <w:color w:val="B7C9D6"/>
              </w:rPr>
              <w:t>_______________________________</w:t>
            </w:r>
            <w:r w:rsidR="00DC500D">
              <w:rPr>
                <w:color w:val="B7C9D6"/>
              </w:rPr>
              <w:t>_</w:t>
            </w:r>
          </w:p>
          <w:p w14:paraId="46351704" w14:textId="1659A4D5" w:rsidR="00070534" w:rsidRDefault="00070534" w:rsidP="00070534">
            <w:pPr>
              <w:spacing w:after="40"/>
              <w:rPr>
                <w:color w:val="B7C9D6"/>
              </w:rPr>
            </w:pPr>
            <w:r>
              <w:rPr>
                <w:color w:val="B7C9D6"/>
              </w:rPr>
              <w:t>________________________________________________________________________________________________________________</w:t>
            </w:r>
          </w:p>
          <w:p w14:paraId="7DC0D5EE" w14:textId="010E22CC" w:rsidR="00070534" w:rsidRDefault="00070534" w:rsidP="00070534">
            <w:pPr>
              <w:spacing w:after="40"/>
            </w:pPr>
            <w:r>
              <w:rPr>
                <w:color w:val="B7C9D6"/>
              </w:rPr>
              <w:t>________________________________________________________________________________________________________________</w:t>
            </w:r>
          </w:p>
          <w:p w14:paraId="332F977F" w14:textId="77777777" w:rsidR="00F35C60" w:rsidRDefault="00F35C60">
            <w:pPr>
              <w:spacing w:after="40"/>
              <w:rPr>
                <w:color w:val="B7C9D6"/>
              </w:rPr>
            </w:pPr>
            <w:r>
              <w:rPr>
                <w:color w:val="B7C9D6"/>
              </w:rPr>
              <w:t>_______________________________________________________________________________________________________________</w:t>
            </w:r>
            <w:r w:rsidR="00DC500D">
              <w:rPr>
                <w:color w:val="B7C9D6"/>
              </w:rPr>
              <w:t>_</w:t>
            </w:r>
          </w:p>
          <w:p w14:paraId="495D62F6" w14:textId="15207512" w:rsidR="00070534" w:rsidRDefault="00070534">
            <w:pPr>
              <w:spacing w:after="40"/>
            </w:pPr>
            <w:r>
              <w:rPr>
                <w:color w:val="B7C9D6"/>
              </w:rPr>
              <w:t>________________________________________________________________________________________________________________</w:t>
            </w:r>
          </w:p>
        </w:tc>
      </w:tr>
      <w:tr w:rsidR="00395C4A" w14:paraId="029812C8" w14:textId="77777777" w:rsidTr="00DD27E1">
        <w:trPr>
          <w:jc w:val="center"/>
        </w:trPr>
        <w:tc>
          <w:tcPr>
            <w:tcW w:w="10683" w:type="dxa"/>
            <w:shd w:val="clear" w:color="auto" w:fill="F28C28"/>
            <w:tcMar>
              <w:top w:w="120" w:type="dxa"/>
              <w:left w:w="160" w:type="dxa"/>
              <w:bottom w:w="120" w:type="dxa"/>
              <w:right w:w="160" w:type="dxa"/>
            </w:tcMar>
          </w:tcPr>
          <w:p w14:paraId="3128BAEE" w14:textId="77777777" w:rsidR="00395C4A" w:rsidRDefault="00ED685D" w:rsidP="00CC0E1E">
            <w:pPr>
              <w:spacing w:after="0"/>
              <w:jc w:val="center"/>
            </w:pPr>
            <w:r>
              <w:rPr>
                <w:b/>
                <w:color w:val="FFFFFF"/>
                <w:sz w:val="26"/>
              </w:rPr>
              <w:lastRenderedPageBreak/>
              <w:t>DRAFTING CHECKPOINT</w:t>
            </w:r>
          </w:p>
        </w:tc>
      </w:tr>
    </w:tbl>
    <w:p w14:paraId="1F153FBA" w14:textId="77777777" w:rsidR="00395C4A" w:rsidRDefault="00395C4A">
      <w:pPr>
        <w:spacing w:after="20"/>
      </w:pPr>
    </w:p>
    <w:p w14:paraId="0D3A777A" w14:textId="77777777" w:rsidR="00395C4A" w:rsidRDefault="00ED685D">
      <w:pPr>
        <w:jc w:val="center"/>
      </w:pPr>
      <w:r>
        <w:rPr>
          <w:b/>
          <w:color w:val="145DA0"/>
          <w:sz w:val="28"/>
        </w:rPr>
        <w:t xml:space="preserve">Now you’re ready to </w:t>
      </w:r>
      <w:r w:rsidRPr="006F5EEE">
        <w:rPr>
          <w:b/>
          <w:color w:val="145DA0"/>
          <w:sz w:val="28"/>
        </w:rPr>
        <w:t>write your draft!</w:t>
      </w:r>
    </w:p>
    <w:tbl>
      <w:tblPr>
        <w:tblW w:w="10611" w:type="dxa"/>
        <w:jc w:val="center"/>
        <w:tblLook w:val="04A0" w:firstRow="1" w:lastRow="0" w:firstColumn="1" w:lastColumn="0" w:noHBand="0" w:noVBand="1"/>
      </w:tblPr>
      <w:tblGrid>
        <w:gridCol w:w="3150"/>
        <w:gridCol w:w="3762"/>
        <w:gridCol w:w="3456"/>
        <w:gridCol w:w="243"/>
      </w:tblGrid>
      <w:tr w:rsidR="00395C4A" w14:paraId="4C81ACC1" w14:textId="77777777" w:rsidTr="00DD27E1">
        <w:trPr>
          <w:jc w:val="center"/>
        </w:trPr>
        <w:tc>
          <w:tcPr>
            <w:tcW w:w="3150" w:type="dxa"/>
            <w:shd w:val="clear" w:color="auto" w:fill="145DA0"/>
          </w:tcPr>
          <w:p w14:paraId="17063094" w14:textId="77777777" w:rsidR="00395C4A" w:rsidRDefault="00ED685D" w:rsidP="00825146">
            <w:pPr>
              <w:spacing w:line="240" w:lineRule="auto"/>
            </w:pPr>
            <w:r>
              <w:rPr>
                <w:b/>
                <w:color w:val="FFFFFF"/>
              </w:rPr>
              <w:t>TASK</w:t>
            </w:r>
          </w:p>
        </w:tc>
        <w:tc>
          <w:tcPr>
            <w:tcW w:w="3762" w:type="dxa"/>
            <w:shd w:val="clear" w:color="auto" w:fill="145DA0"/>
          </w:tcPr>
          <w:p w14:paraId="63826C83" w14:textId="77777777" w:rsidR="00395C4A" w:rsidRDefault="00ED685D" w:rsidP="00825146">
            <w:pPr>
              <w:spacing w:line="240" w:lineRule="auto"/>
            </w:pPr>
            <w:r>
              <w:rPr>
                <w:b/>
                <w:color w:val="FFFFFF"/>
              </w:rPr>
              <w:t>DUE DATE</w:t>
            </w:r>
          </w:p>
        </w:tc>
        <w:tc>
          <w:tcPr>
            <w:tcW w:w="3699" w:type="dxa"/>
            <w:gridSpan w:val="2"/>
            <w:shd w:val="clear" w:color="auto" w:fill="145DA0"/>
          </w:tcPr>
          <w:p w14:paraId="1D89DA20" w14:textId="77777777" w:rsidR="00395C4A" w:rsidRDefault="00ED685D" w:rsidP="00825146">
            <w:pPr>
              <w:spacing w:line="240" w:lineRule="auto"/>
            </w:pPr>
            <w:r>
              <w:rPr>
                <w:b/>
                <w:color w:val="FFFFFF"/>
              </w:rPr>
              <w:t>COMPLETED</w:t>
            </w:r>
          </w:p>
        </w:tc>
      </w:tr>
      <w:tr w:rsidR="00395C4A" w14:paraId="64468F85" w14:textId="77777777" w:rsidTr="00DD27E1">
        <w:trPr>
          <w:gridAfter w:val="1"/>
          <w:wAfter w:w="243" w:type="dxa"/>
          <w:jc w:val="center"/>
        </w:trPr>
        <w:tc>
          <w:tcPr>
            <w:tcW w:w="3150" w:type="dxa"/>
            <w:shd w:val="clear" w:color="auto" w:fill="EAF3FA"/>
            <w:tcMar>
              <w:top w:w="100" w:type="dxa"/>
              <w:left w:w="120" w:type="dxa"/>
              <w:bottom w:w="100" w:type="dxa"/>
              <w:right w:w="120" w:type="dxa"/>
            </w:tcMar>
          </w:tcPr>
          <w:p w14:paraId="25CD4B9F" w14:textId="77777777" w:rsidR="00395C4A" w:rsidRPr="0049513B" w:rsidRDefault="00ED685D">
            <w:pPr>
              <w:rPr>
                <w:sz w:val="21"/>
                <w:szCs w:val="21"/>
              </w:rPr>
            </w:pPr>
            <w:r w:rsidRPr="0049513B">
              <w:rPr>
                <w:sz w:val="21"/>
                <w:szCs w:val="21"/>
              </w:rPr>
              <w:t>Draft</w:t>
            </w:r>
          </w:p>
        </w:tc>
        <w:tc>
          <w:tcPr>
            <w:tcW w:w="3762" w:type="dxa"/>
            <w:tcMar>
              <w:top w:w="100" w:type="dxa"/>
              <w:left w:w="120" w:type="dxa"/>
              <w:bottom w:w="100" w:type="dxa"/>
              <w:right w:w="120" w:type="dxa"/>
            </w:tcMar>
          </w:tcPr>
          <w:p w14:paraId="4FDACEA1" w14:textId="77777777" w:rsidR="00395C4A" w:rsidRDefault="00ED685D">
            <w:r>
              <w:t>________________</w:t>
            </w:r>
          </w:p>
        </w:tc>
        <w:tc>
          <w:tcPr>
            <w:tcW w:w="3456" w:type="dxa"/>
            <w:tcMar>
              <w:top w:w="100" w:type="dxa"/>
              <w:left w:w="120" w:type="dxa"/>
              <w:bottom w:w="100" w:type="dxa"/>
              <w:right w:w="120" w:type="dxa"/>
            </w:tcMar>
          </w:tcPr>
          <w:p w14:paraId="1835D55A" w14:textId="77777777" w:rsidR="00395C4A" w:rsidRDefault="00ED685D">
            <w:r>
              <w:t>☐</w:t>
            </w:r>
          </w:p>
        </w:tc>
      </w:tr>
      <w:tr w:rsidR="00395C4A" w14:paraId="2C071C82" w14:textId="77777777" w:rsidTr="00DD27E1">
        <w:trPr>
          <w:gridAfter w:val="1"/>
          <w:wAfter w:w="243" w:type="dxa"/>
          <w:jc w:val="center"/>
        </w:trPr>
        <w:tc>
          <w:tcPr>
            <w:tcW w:w="3150" w:type="dxa"/>
            <w:shd w:val="clear" w:color="auto" w:fill="EAF3FA"/>
            <w:tcMar>
              <w:top w:w="100" w:type="dxa"/>
              <w:left w:w="120" w:type="dxa"/>
              <w:bottom w:w="100" w:type="dxa"/>
              <w:right w:w="120" w:type="dxa"/>
            </w:tcMar>
          </w:tcPr>
          <w:p w14:paraId="01FCD981" w14:textId="77777777" w:rsidR="00395C4A" w:rsidRPr="0049513B" w:rsidRDefault="00ED685D">
            <w:pPr>
              <w:rPr>
                <w:sz w:val="21"/>
                <w:szCs w:val="21"/>
              </w:rPr>
            </w:pPr>
            <w:r w:rsidRPr="0049513B">
              <w:rPr>
                <w:sz w:val="21"/>
                <w:szCs w:val="21"/>
              </w:rPr>
              <w:t>Edits</w:t>
            </w:r>
          </w:p>
        </w:tc>
        <w:tc>
          <w:tcPr>
            <w:tcW w:w="3762" w:type="dxa"/>
            <w:tcMar>
              <w:top w:w="100" w:type="dxa"/>
              <w:left w:w="120" w:type="dxa"/>
              <w:bottom w:w="100" w:type="dxa"/>
              <w:right w:w="120" w:type="dxa"/>
            </w:tcMar>
          </w:tcPr>
          <w:p w14:paraId="5C30EAD3" w14:textId="77777777" w:rsidR="00395C4A" w:rsidRDefault="00ED685D">
            <w:r>
              <w:t>________________</w:t>
            </w:r>
          </w:p>
        </w:tc>
        <w:tc>
          <w:tcPr>
            <w:tcW w:w="3456" w:type="dxa"/>
            <w:tcMar>
              <w:top w:w="100" w:type="dxa"/>
              <w:left w:w="120" w:type="dxa"/>
              <w:bottom w:w="100" w:type="dxa"/>
              <w:right w:w="120" w:type="dxa"/>
            </w:tcMar>
          </w:tcPr>
          <w:p w14:paraId="5BAD8D00" w14:textId="77777777" w:rsidR="00395C4A" w:rsidRDefault="00ED685D">
            <w:r>
              <w:t>☐</w:t>
            </w:r>
          </w:p>
        </w:tc>
      </w:tr>
      <w:tr w:rsidR="00395C4A" w14:paraId="301BB7E7" w14:textId="77777777" w:rsidTr="00DD27E1">
        <w:trPr>
          <w:gridAfter w:val="1"/>
          <w:wAfter w:w="243" w:type="dxa"/>
          <w:jc w:val="center"/>
        </w:trPr>
        <w:tc>
          <w:tcPr>
            <w:tcW w:w="3150" w:type="dxa"/>
            <w:shd w:val="clear" w:color="auto" w:fill="EAF3FA"/>
            <w:tcMar>
              <w:top w:w="100" w:type="dxa"/>
              <w:left w:w="120" w:type="dxa"/>
              <w:bottom w:w="100" w:type="dxa"/>
              <w:right w:w="120" w:type="dxa"/>
            </w:tcMar>
          </w:tcPr>
          <w:p w14:paraId="27DD6319" w14:textId="77777777" w:rsidR="00395C4A" w:rsidRPr="0049513B" w:rsidRDefault="00ED685D">
            <w:pPr>
              <w:rPr>
                <w:sz w:val="21"/>
                <w:szCs w:val="21"/>
              </w:rPr>
            </w:pPr>
            <w:r w:rsidRPr="0049513B">
              <w:rPr>
                <w:sz w:val="21"/>
                <w:szCs w:val="21"/>
              </w:rPr>
              <w:t>Final</w:t>
            </w:r>
          </w:p>
        </w:tc>
        <w:tc>
          <w:tcPr>
            <w:tcW w:w="3762" w:type="dxa"/>
            <w:tcMar>
              <w:top w:w="100" w:type="dxa"/>
              <w:left w:w="120" w:type="dxa"/>
              <w:bottom w:w="100" w:type="dxa"/>
              <w:right w:w="120" w:type="dxa"/>
            </w:tcMar>
          </w:tcPr>
          <w:p w14:paraId="732F6E93" w14:textId="77777777" w:rsidR="00395C4A" w:rsidRDefault="00ED685D">
            <w:r>
              <w:t>________________</w:t>
            </w:r>
          </w:p>
        </w:tc>
        <w:tc>
          <w:tcPr>
            <w:tcW w:w="3456" w:type="dxa"/>
            <w:tcMar>
              <w:top w:w="100" w:type="dxa"/>
              <w:left w:w="120" w:type="dxa"/>
              <w:bottom w:w="100" w:type="dxa"/>
              <w:right w:w="120" w:type="dxa"/>
            </w:tcMar>
          </w:tcPr>
          <w:p w14:paraId="7DB1FBF4" w14:textId="77777777" w:rsidR="00395C4A" w:rsidRDefault="00ED685D">
            <w:r>
              <w:t>☐</w:t>
            </w:r>
          </w:p>
        </w:tc>
      </w:tr>
    </w:tbl>
    <w:p w14:paraId="326AE0ED" w14:textId="77777777" w:rsidR="00395C4A" w:rsidRPr="0049513B" w:rsidRDefault="00ED685D">
      <w:pPr>
        <w:rPr>
          <w:sz w:val="21"/>
          <w:szCs w:val="21"/>
        </w:rPr>
      </w:pPr>
      <w:r w:rsidRPr="0049513B">
        <w:rPr>
          <w:sz w:val="21"/>
          <w:szCs w:val="21"/>
        </w:rPr>
        <w:t>Participation:  ☐ Voluntary   ☐ Required   ☐ Extra Credit</w:t>
      </w:r>
    </w:p>
    <w:tbl>
      <w:tblPr>
        <w:tblW w:w="0" w:type="auto"/>
        <w:jc w:val="center"/>
        <w:tblLook w:val="04A0" w:firstRow="1" w:lastRow="0" w:firstColumn="1" w:lastColumn="0" w:noHBand="0" w:noVBand="1"/>
      </w:tblPr>
      <w:tblGrid>
        <w:gridCol w:w="10368"/>
      </w:tblGrid>
      <w:tr w:rsidR="00934065" w14:paraId="7BD15E06" w14:textId="77777777" w:rsidTr="00813443">
        <w:trPr>
          <w:jc w:val="center"/>
        </w:trPr>
        <w:tc>
          <w:tcPr>
            <w:tcW w:w="10476" w:type="dxa"/>
            <w:shd w:val="clear" w:color="auto" w:fill="FFF2E3"/>
          </w:tcPr>
          <w:p w14:paraId="342B4A62" w14:textId="5B365BF4" w:rsidR="00934065" w:rsidRPr="0049513B" w:rsidRDefault="00934065" w:rsidP="00E55E6F">
            <w:pPr>
              <w:spacing w:after="60"/>
              <w:jc w:val="center"/>
              <w:rPr>
                <w:sz w:val="21"/>
                <w:szCs w:val="21"/>
              </w:rPr>
            </w:pPr>
            <w:r w:rsidRPr="0049513B">
              <w:rPr>
                <w:b/>
                <w:color w:val="F28C28"/>
                <w:sz w:val="21"/>
                <w:szCs w:val="21"/>
              </w:rPr>
              <w:t>Submission Deadline</w:t>
            </w:r>
            <w:r w:rsidRPr="0049513B">
              <w:rPr>
                <w:sz w:val="21"/>
                <w:szCs w:val="21"/>
              </w:rPr>
              <w:br/>
            </w:r>
            <w:r w:rsidR="0090134B">
              <w:rPr>
                <w:b/>
                <w:bCs/>
                <w:sz w:val="21"/>
                <w:szCs w:val="21"/>
              </w:rPr>
              <w:t>Friday</w:t>
            </w:r>
            <w:r w:rsidRPr="0049513B">
              <w:rPr>
                <w:b/>
                <w:bCs/>
                <w:sz w:val="21"/>
                <w:szCs w:val="21"/>
              </w:rPr>
              <w:t xml:space="preserve">, </w:t>
            </w:r>
            <w:r w:rsidR="0090134B">
              <w:rPr>
                <w:b/>
                <w:bCs/>
                <w:sz w:val="21"/>
                <w:szCs w:val="21"/>
              </w:rPr>
              <w:t>March</w:t>
            </w:r>
            <w:r w:rsidRPr="0049513B">
              <w:rPr>
                <w:b/>
                <w:bCs/>
                <w:sz w:val="21"/>
                <w:szCs w:val="21"/>
              </w:rPr>
              <w:t xml:space="preserve"> </w:t>
            </w:r>
            <w:r w:rsidR="0090134B">
              <w:rPr>
                <w:b/>
                <w:bCs/>
                <w:sz w:val="21"/>
                <w:szCs w:val="21"/>
              </w:rPr>
              <w:t>1</w:t>
            </w:r>
            <w:r w:rsidRPr="0049513B">
              <w:rPr>
                <w:b/>
                <w:bCs/>
                <w:sz w:val="21"/>
                <w:szCs w:val="21"/>
              </w:rPr>
              <w:t>9, 202</w:t>
            </w:r>
            <w:r w:rsidR="0090134B">
              <w:rPr>
                <w:b/>
                <w:bCs/>
                <w:sz w:val="21"/>
                <w:szCs w:val="21"/>
              </w:rPr>
              <w:t>7</w:t>
            </w:r>
          </w:p>
        </w:tc>
      </w:tr>
    </w:tbl>
    <w:p w14:paraId="7CDEF921" w14:textId="7588F020" w:rsidR="00395C4A" w:rsidRDefault="00395C4A"/>
    <w:tbl>
      <w:tblPr>
        <w:tblW w:w="0" w:type="auto"/>
        <w:jc w:val="center"/>
        <w:tblLook w:val="04A0" w:firstRow="1" w:lastRow="0" w:firstColumn="1" w:lastColumn="0" w:noHBand="0" w:noVBand="1"/>
      </w:tblPr>
      <w:tblGrid>
        <w:gridCol w:w="10368"/>
      </w:tblGrid>
      <w:tr w:rsidR="00395C4A" w14:paraId="076EF6F4" w14:textId="77777777" w:rsidTr="00DD27E1">
        <w:trPr>
          <w:jc w:val="center"/>
        </w:trPr>
        <w:tc>
          <w:tcPr>
            <w:tcW w:w="10530" w:type="dxa"/>
            <w:shd w:val="clear" w:color="auto" w:fill="145DA0"/>
            <w:tcMar>
              <w:top w:w="120" w:type="dxa"/>
              <w:left w:w="160" w:type="dxa"/>
              <w:bottom w:w="120" w:type="dxa"/>
              <w:right w:w="160" w:type="dxa"/>
            </w:tcMar>
          </w:tcPr>
          <w:p w14:paraId="11085343" w14:textId="77777777" w:rsidR="00395C4A" w:rsidRDefault="00ED685D" w:rsidP="00CC0E1E">
            <w:pPr>
              <w:spacing w:after="0" w:line="240" w:lineRule="auto"/>
              <w:jc w:val="center"/>
            </w:pPr>
            <w:r>
              <w:rPr>
                <w:b/>
                <w:color w:val="FFFFFF"/>
                <w:sz w:val="26"/>
              </w:rPr>
              <w:t>JUDGING CRITERIA</w:t>
            </w:r>
          </w:p>
        </w:tc>
      </w:tr>
    </w:tbl>
    <w:p w14:paraId="4704984D" w14:textId="77777777" w:rsidR="00395C4A" w:rsidRDefault="00395C4A">
      <w:pPr>
        <w:spacing w:after="20"/>
      </w:pPr>
    </w:p>
    <w:p w14:paraId="16539B84" w14:textId="77777777" w:rsidR="00395C4A" w:rsidRPr="00813443" w:rsidRDefault="00ED685D">
      <w:pPr>
        <w:rPr>
          <w:sz w:val="21"/>
          <w:szCs w:val="21"/>
        </w:rPr>
      </w:pPr>
      <w:r w:rsidRPr="00813443">
        <w:rPr>
          <w:sz w:val="21"/>
          <w:szCs w:val="21"/>
        </w:rPr>
        <w:t>Judges will consider your rationale, understanding of the subject matter, and writing style.</w:t>
      </w:r>
    </w:p>
    <w:p w14:paraId="2081CCC1" w14:textId="77777777" w:rsidR="00395C4A" w:rsidRDefault="00ED685D">
      <w:pPr>
        <w:pStyle w:val="Heading2"/>
      </w:pPr>
      <w:r>
        <w:t>RATIONALE</w:t>
      </w:r>
    </w:p>
    <w:p w14:paraId="2E98CBA0" w14:textId="77777777" w:rsidR="00395C4A" w:rsidRPr="00813443" w:rsidRDefault="00ED685D">
      <w:pPr>
        <w:pStyle w:val="ListBullet"/>
        <w:spacing w:after="40"/>
        <w:rPr>
          <w:sz w:val="21"/>
          <w:szCs w:val="21"/>
        </w:rPr>
      </w:pPr>
      <w:r w:rsidRPr="00813443">
        <w:rPr>
          <w:sz w:val="21"/>
          <w:szCs w:val="21"/>
        </w:rPr>
        <w:t>Is your essay well organized?</w:t>
      </w:r>
    </w:p>
    <w:p w14:paraId="039836F8" w14:textId="77777777" w:rsidR="00934065" w:rsidRPr="00813443" w:rsidRDefault="00934065">
      <w:pPr>
        <w:pStyle w:val="ListBullet"/>
        <w:spacing w:after="40"/>
        <w:rPr>
          <w:sz w:val="21"/>
          <w:szCs w:val="21"/>
        </w:rPr>
      </w:pPr>
      <w:r w:rsidRPr="00813443">
        <w:rPr>
          <w:sz w:val="21"/>
          <w:szCs w:val="21"/>
        </w:rPr>
        <w:t>Do you address all the elements of the question in your essay?</w:t>
      </w:r>
    </w:p>
    <w:p w14:paraId="37604146" w14:textId="77777777" w:rsidR="00934065" w:rsidRPr="00813443" w:rsidRDefault="00934065">
      <w:pPr>
        <w:pStyle w:val="ListBullet"/>
        <w:spacing w:after="40"/>
        <w:rPr>
          <w:sz w:val="21"/>
          <w:szCs w:val="21"/>
        </w:rPr>
      </w:pPr>
      <w:r w:rsidRPr="00813443">
        <w:rPr>
          <w:sz w:val="21"/>
          <w:szCs w:val="21"/>
        </w:rPr>
        <w:t>Have you written clearly when you described details?</w:t>
      </w:r>
    </w:p>
    <w:p w14:paraId="04F6E8F2" w14:textId="7EDE75F5" w:rsidR="00395C4A" w:rsidRPr="00813443" w:rsidRDefault="00ED685D">
      <w:pPr>
        <w:pStyle w:val="ListBullet"/>
        <w:spacing w:after="40"/>
        <w:rPr>
          <w:sz w:val="21"/>
          <w:szCs w:val="21"/>
        </w:rPr>
      </w:pPr>
      <w:r w:rsidRPr="00813443">
        <w:rPr>
          <w:sz w:val="21"/>
          <w:szCs w:val="21"/>
        </w:rPr>
        <w:t>Have you omitted unnecessary details?</w:t>
      </w:r>
    </w:p>
    <w:p w14:paraId="0F533EF2" w14:textId="77777777" w:rsidR="00395C4A" w:rsidRDefault="00ED685D">
      <w:pPr>
        <w:pStyle w:val="Heading2"/>
      </w:pPr>
      <w:r>
        <w:t>UNDERSTANDING THE SUBJECT MATTER</w:t>
      </w:r>
    </w:p>
    <w:p w14:paraId="39FF838E" w14:textId="77777777" w:rsidR="00934065" w:rsidRPr="00934065" w:rsidRDefault="00934065" w:rsidP="00934065">
      <w:pPr>
        <w:numPr>
          <w:ilvl w:val="0"/>
          <w:numId w:val="11"/>
        </w:numPr>
        <w:spacing w:after="60"/>
        <w:contextualSpacing/>
        <w:rPr>
          <w:sz w:val="21"/>
        </w:rPr>
      </w:pPr>
      <w:r w:rsidRPr="00934065">
        <w:rPr>
          <w:sz w:val="21"/>
        </w:rPr>
        <w:t>Do you show that you understand the concepts taught in the Stock Market Game?</w:t>
      </w:r>
    </w:p>
    <w:p w14:paraId="1A66B940" w14:textId="5CA4D1C0" w:rsidR="00934065" w:rsidRPr="00934065" w:rsidRDefault="00934065" w:rsidP="00934065">
      <w:pPr>
        <w:numPr>
          <w:ilvl w:val="0"/>
          <w:numId w:val="11"/>
        </w:numPr>
        <w:spacing w:after="60"/>
        <w:contextualSpacing/>
        <w:rPr>
          <w:sz w:val="21"/>
        </w:rPr>
      </w:pPr>
      <w:r w:rsidRPr="00934065">
        <w:rPr>
          <w:sz w:val="21"/>
        </w:rPr>
        <w:t>Are the words and terms you use in your essay used correctly?</w:t>
      </w:r>
    </w:p>
    <w:p w14:paraId="71DD9DD8" w14:textId="3A0F9DF9" w:rsidR="00934065" w:rsidRPr="00934065" w:rsidRDefault="00934065" w:rsidP="00934065">
      <w:pPr>
        <w:numPr>
          <w:ilvl w:val="0"/>
          <w:numId w:val="11"/>
        </w:numPr>
        <w:spacing w:after="60"/>
        <w:contextualSpacing/>
        <w:rPr>
          <w:sz w:val="21"/>
        </w:rPr>
      </w:pPr>
      <w:r w:rsidRPr="00934065">
        <w:rPr>
          <w:sz w:val="21"/>
        </w:rPr>
        <w:t>Will your statements make sense to a judge who is reading your essay?</w:t>
      </w:r>
    </w:p>
    <w:p w14:paraId="5DFD6040" w14:textId="042C3087" w:rsidR="00934065" w:rsidRPr="00934065" w:rsidRDefault="00934065" w:rsidP="00934065">
      <w:pPr>
        <w:numPr>
          <w:ilvl w:val="0"/>
          <w:numId w:val="11"/>
        </w:numPr>
        <w:spacing w:after="60"/>
        <w:contextualSpacing/>
        <w:rPr>
          <w:sz w:val="21"/>
        </w:rPr>
      </w:pPr>
      <w:r w:rsidRPr="00934065">
        <w:rPr>
          <w:sz w:val="21"/>
        </w:rPr>
        <w:t>Have you described your strategies clearly?</w:t>
      </w:r>
    </w:p>
    <w:p w14:paraId="5C626FF5" w14:textId="651C5D96" w:rsidR="00934065" w:rsidRPr="00934065" w:rsidRDefault="00934065" w:rsidP="00934065">
      <w:pPr>
        <w:numPr>
          <w:ilvl w:val="0"/>
          <w:numId w:val="11"/>
        </w:numPr>
        <w:spacing w:after="60"/>
        <w:contextualSpacing/>
        <w:rPr>
          <w:sz w:val="21"/>
        </w:rPr>
      </w:pPr>
      <w:r w:rsidRPr="00934065">
        <w:rPr>
          <w:sz w:val="21"/>
        </w:rPr>
        <w:t xml:space="preserve">Do you talk about how the things you learned in The Stock Market Game relate to what you </w:t>
      </w:r>
      <w:r w:rsidR="00D26627">
        <w:rPr>
          <w:sz w:val="21"/>
        </w:rPr>
        <w:t xml:space="preserve">wrote </w:t>
      </w:r>
      <w:r>
        <w:rPr>
          <w:sz w:val="21"/>
        </w:rPr>
        <w:t>in your essay?</w:t>
      </w:r>
    </w:p>
    <w:p w14:paraId="779342E2" w14:textId="77777777" w:rsidR="00395C4A" w:rsidRDefault="00ED685D">
      <w:pPr>
        <w:pStyle w:val="Heading2"/>
      </w:pPr>
      <w:r>
        <w:t>WRITING STYLE</w:t>
      </w:r>
    </w:p>
    <w:p w14:paraId="54977D68" w14:textId="77777777" w:rsidR="00934065" w:rsidRPr="00934065" w:rsidRDefault="00934065" w:rsidP="00934065">
      <w:pPr>
        <w:numPr>
          <w:ilvl w:val="0"/>
          <w:numId w:val="13"/>
        </w:numPr>
        <w:spacing w:after="60"/>
        <w:contextualSpacing/>
        <w:rPr>
          <w:sz w:val="21"/>
        </w:rPr>
      </w:pPr>
      <w:r w:rsidRPr="00934065">
        <w:rPr>
          <w:sz w:val="21"/>
        </w:rPr>
        <w:t>Did you make your essay easy for the judges to read?</w:t>
      </w:r>
    </w:p>
    <w:p w14:paraId="52B2EB34" w14:textId="1B246600" w:rsidR="00934065" w:rsidRPr="00934065" w:rsidRDefault="00934065" w:rsidP="00934065">
      <w:pPr>
        <w:numPr>
          <w:ilvl w:val="0"/>
          <w:numId w:val="13"/>
        </w:numPr>
        <w:spacing w:after="60"/>
        <w:contextualSpacing/>
        <w:rPr>
          <w:sz w:val="21"/>
        </w:rPr>
      </w:pPr>
      <w:r w:rsidRPr="00934065">
        <w:rPr>
          <w:sz w:val="21"/>
        </w:rPr>
        <w:t>Will the judges be able to see your creative side when they read your essay?</w:t>
      </w:r>
    </w:p>
    <w:p w14:paraId="34F5FD5D" w14:textId="5E69CA77" w:rsidR="00934065" w:rsidRPr="00934065" w:rsidRDefault="00934065" w:rsidP="00934065">
      <w:pPr>
        <w:numPr>
          <w:ilvl w:val="0"/>
          <w:numId w:val="13"/>
        </w:numPr>
        <w:spacing w:after="60"/>
        <w:contextualSpacing/>
        <w:rPr>
          <w:sz w:val="21"/>
        </w:rPr>
      </w:pPr>
      <w:r w:rsidRPr="00934065">
        <w:rPr>
          <w:sz w:val="21"/>
        </w:rPr>
        <w:t xml:space="preserve">Will judges who read your essay be interested in it and want to </w:t>
      </w:r>
      <w:proofErr w:type="gramStart"/>
      <w:r w:rsidRPr="00934065">
        <w:rPr>
          <w:sz w:val="21"/>
        </w:rPr>
        <w:t>read</w:t>
      </w:r>
      <w:proofErr w:type="gramEnd"/>
      <w:r w:rsidRPr="00934065">
        <w:rPr>
          <w:sz w:val="21"/>
        </w:rPr>
        <w:t xml:space="preserve"> to the end?</w:t>
      </w:r>
    </w:p>
    <w:p w14:paraId="5C059999" w14:textId="1B89277A" w:rsidR="00934065" w:rsidRPr="00934065" w:rsidRDefault="00934065" w:rsidP="00934065">
      <w:pPr>
        <w:numPr>
          <w:ilvl w:val="0"/>
          <w:numId w:val="13"/>
        </w:numPr>
        <w:spacing w:after="60"/>
        <w:contextualSpacing/>
        <w:rPr>
          <w:sz w:val="21"/>
        </w:rPr>
      </w:pPr>
      <w:r w:rsidRPr="00934065">
        <w:rPr>
          <w:sz w:val="21"/>
        </w:rPr>
        <w:t>Have you used proper punctuation and good grammar?</w:t>
      </w:r>
    </w:p>
    <w:p w14:paraId="5DE260FD" w14:textId="77BC2A8A" w:rsidR="00934065" w:rsidRPr="00934065" w:rsidRDefault="00934065" w:rsidP="00934065">
      <w:pPr>
        <w:numPr>
          <w:ilvl w:val="0"/>
          <w:numId w:val="13"/>
        </w:numPr>
        <w:spacing w:after="60"/>
        <w:contextualSpacing/>
        <w:rPr>
          <w:sz w:val="21"/>
        </w:rPr>
      </w:pPr>
      <w:r w:rsidRPr="00934065">
        <w:rPr>
          <w:sz w:val="21"/>
        </w:rPr>
        <w:t>Have you carefully worked on your drafts to make your final essay as good as it can be?</w:t>
      </w:r>
    </w:p>
    <w:p w14:paraId="50AFC504" w14:textId="39284D94" w:rsidR="00934065" w:rsidRDefault="00934065" w:rsidP="00934065">
      <w:pPr>
        <w:numPr>
          <w:ilvl w:val="0"/>
          <w:numId w:val="13"/>
        </w:numPr>
        <w:spacing w:after="60"/>
        <w:contextualSpacing/>
        <w:rPr>
          <w:sz w:val="21"/>
        </w:rPr>
      </w:pPr>
      <w:r w:rsidRPr="00934065">
        <w:rPr>
          <w:sz w:val="21"/>
        </w:rPr>
        <w:t>Did you work on this essay without too much help from your teacher or an adult? Your essay should be in your very own personal writing style!</w:t>
      </w:r>
    </w:p>
    <w:p w14:paraId="301F2462" w14:textId="77777777" w:rsidR="00934065" w:rsidRPr="00934065" w:rsidRDefault="00934065" w:rsidP="00934065">
      <w:pPr>
        <w:spacing w:after="60"/>
        <w:ind w:left="360"/>
        <w:contextualSpacing/>
        <w:rPr>
          <w:sz w:val="21"/>
        </w:rPr>
      </w:pPr>
    </w:p>
    <w:tbl>
      <w:tblPr>
        <w:tblW w:w="0" w:type="auto"/>
        <w:jc w:val="center"/>
        <w:tblLook w:val="04A0" w:firstRow="1" w:lastRow="0" w:firstColumn="1" w:lastColumn="0" w:noHBand="0" w:noVBand="1"/>
      </w:tblPr>
      <w:tblGrid>
        <w:gridCol w:w="10368"/>
      </w:tblGrid>
      <w:tr w:rsidR="00395C4A" w14:paraId="7AB8F691" w14:textId="77777777" w:rsidTr="00DD27E1">
        <w:trPr>
          <w:jc w:val="center"/>
        </w:trPr>
        <w:tc>
          <w:tcPr>
            <w:tcW w:w="10440" w:type="dxa"/>
            <w:shd w:val="clear" w:color="auto" w:fill="F28C28"/>
            <w:tcMar>
              <w:top w:w="120" w:type="dxa"/>
              <w:left w:w="160" w:type="dxa"/>
              <w:bottom w:w="120" w:type="dxa"/>
              <w:right w:w="160" w:type="dxa"/>
            </w:tcMar>
          </w:tcPr>
          <w:p w14:paraId="3E19B170" w14:textId="77777777" w:rsidR="00395C4A" w:rsidRDefault="00ED685D" w:rsidP="00CC0E1E">
            <w:pPr>
              <w:spacing w:after="0"/>
              <w:jc w:val="center"/>
            </w:pPr>
            <w:r>
              <w:rPr>
                <w:b/>
                <w:color w:val="FFFFFF"/>
                <w:sz w:val="26"/>
              </w:rPr>
              <w:lastRenderedPageBreak/>
              <w:t>RULES &amp; GUIDELINES</w:t>
            </w:r>
          </w:p>
        </w:tc>
      </w:tr>
    </w:tbl>
    <w:p w14:paraId="24D8138F" w14:textId="77777777" w:rsidR="00395C4A" w:rsidRDefault="00395C4A">
      <w:pPr>
        <w:spacing w:after="20"/>
      </w:pPr>
    </w:p>
    <w:p w14:paraId="2DEC6F2B" w14:textId="77777777" w:rsidR="00C27E14" w:rsidRPr="00813443" w:rsidRDefault="00C27E14" w:rsidP="00C27E14">
      <w:pPr>
        <w:pStyle w:val="ListBullet"/>
        <w:spacing w:after="60"/>
        <w:rPr>
          <w:sz w:val="21"/>
          <w:szCs w:val="21"/>
        </w:rPr>
      </w:pPr>
      <w:r w:rsidRPr="00813443">
        <w:rPr>
          <w:b/>
          <w:bCs/>
          <w:sz w:val="21"/>
          <w:szCs w:val="21"/>
        </w:rPr>
        <w:t>4–5 grade division</w:t>
      </w:r>
      <w:r w:rsidRPr="00813443">
        <w:rPr>
          <w:sz w:val="21"/>
          <w:szCs w:val="21"/>
        </w:rPr>
        <w:t xml:space="preserve">: Each student may submit only one entry; </w:t>
      </w:r>
      <w:r w:rsidRPr="00813443">
        <w:rPr>
          <w:b/>
          <w:bCs/>
          <w:sz w:val="21"/>
          <w:szCs w:val="21"/>
        </w:rPr>
        <w:t>minimum 300 words, maximum 800 words</w:t>
      </w:r>
      <w:r w:rsidRPr="00813443">
        <w:rPr>
          <w:sz w:val="21"/>
          <w:szCs w:val="21"/>
        </w:rPr>
        <w:t>.</w:t>
      </w:r>
    </w:p>
    <w:p w14:paraId="62719FBB" w14:textId="77777777" w:rsidR="00C27E14" w:rsidRPr="00813443" w:rsidRDefault="00C27E14" w:rsidP="00C27E14">
      <w:pPr>
        <w:pStyle w:val="ListBullet"/>
        <w:spacing w:after="60"/>
        <w:rPr>
          <w:sz w:val="21"/>
          <w:szCs w:val="21"/>
        </w:rPr>
      </w:pPr>
      <w:r w:rsidRPr="00813443">
        <w:rPr>
          <w:b/>
          <w:bCs/>
          <w:sz w:val="21"/>
          <w:szCs w:val="21"/>
        </w:rPr>
        <w:t>6–8 grade division</w:t>
      </w:r>
      <w:r w:rsidRPr="00813443">
        <w:rPr>
          <w:sz w:val="21"/>
          <w:szCs w:val="21"/>
        </w:rPr>
        <w:t xml:space="preserve">: Each student may submit only one entry; </w:t>
      </w:r>
      <w:r w:rsidRPr="00813443">
        <w:rPr>
          <w:b/>
          <w:bCs/>
          <w:sz w:val="21"/>
          <w:szCs w:val="21"/>
        </w:rPr>
        <w:t>minimum 400 words, maximum 900 words</w:t>
      </w:r>
      <w:r w:rsidRPr="00813443">
        <w:rPr>
          <w:sz w:val="21"/>
          <w:szCs w:val="21"/>
        </w:rPr>
        <w:t>.</w:t>
      </w:r>
    </w:p>
    <w:p w14:paraId="3C09C457" w14:textId="77777777" w:rsidR="00C27E14" w:rsidRPr="00813443" w:rsidRDefault="00C27E14" w:rsidP="00C27E14">
      <w:pPr>
        <w:pStyle w:val="ListBullet"/>
        <w:spacing w:after="60"/>
        <w:rPr>
          <w:sz w:val="21"/>
          <w:szCs w:val="21"/>
        </w:rPr>
      </w:pPr>
      <w:r w:rsidRPr="00813443">
        <w:rPr>
          <w:b/>
          <w:bCs/>
          <w:sz w:val="21"/>
          <w:szCs w:val="21"/>
        </w:rPr>
        <w:t>9–12 grade division</w:t>
      </w:r>
      <w:r w:rsidRPr="00813443">
        <w:rPr>
          <w:sz w:val="21"/>
          <w:szCs w:val="21"/>
        </w:rPr>
        <w:t xml:space="preserve">: Each student may submit only one entry; </w:t>
      </w:r>
      <w:r w:rsidRPr="00813443">
        <w:rPr>
          <w:b/>
          <w:bCs/>
          <w:sz w:val="21"/>
          <w:szCs w:val="21"/>
        </w:rPr>
        <w:t>minimum 500 words, maximum 1,000 words</w:t>
      </w:r>
      <w:r w:rsidRPr="00813443">
        <w:rPr>
          <w:sz w:val="21"/>
          <w:szCs w:val="21"/>
        </w:rPr>
        <w:t>.</w:t>
      </w:r>
    </w:p>
    <w:p w14:paraId="5DBE1DA9" w14:textId="77777777" w:rsidR="00C27E14" w:rsidRPr="00813443" w:rsidRDefault="00C27E14" w:rsidP="00C27E14">
      <w:pPr>
        <w:pStyle w:val="ListBullet"/>
        <w:spacing w:after="60"/>
        <w:rPr>
          <w:sz w:val="21"/>
          <w:szCs w:val="21"/>
        </w:rPr>
      </w:pPr>
      <w:r w:rsidRPr="00813443">
        <w:rPr>
          <w:sz w:val="21"/>
          <w:szCs w:val="21"/>
        </w:rPr>
        <w:t>This is an individual project. Group discussion is encouraged, but essays must be written and submitted by individual students.</w:t>
      </w:r>
    </w:p>
    <w:p w14:paraId="6184D75A" w14:textId="77777777" w:rsidR="00C27E14" w:rsidRPr="00813443" w:rsidRDefault="00C27E14" w:rsidP="00C27E14">
      <w:pPr>
        <w:pStyle w:val="ListBullet"/>
        <w:spacing w:after="60"/>
        <w:rPr>
          <w:sz w:val="21"/>
          <w:szCs w:val="21"/>
        </w:rPr>
      </w:pPr>
      <w:r w:rsidRPr="00813443">
        <w:rPr>
          <w:sz w:val="21"/>
          <w:szCs w:val="21"/>
        </w:rPr>
        <w:t>If a title is chosen, it must appear at the top of the first page of the text.</w:t>
      </w:r>
    </w:p>
    <w:p w14:paraId="4046744F" w14:textId="77777777" w:rsidR="00C27E14" w:rsidRPr="00813443" w:rsidRDefault="00C27E14" w:rsidP="00C27E14">
      <w:pPr>
        <w:pStyle w:val="ListBullet"/>
        <w:spacing w:after="60"/>
        <w:rPr>
          <w:sz w:val="21"/>
          <w:szCs w:val="21"/>
        </w:rPr>
      </w:pPr>
      <w:r w:rsidRPr="00813443">
        <w:rPr>
          <w:sz w:val="21"/>
          <w:szCs w:val="21"/>
        </w:rPr>
        <w:t>The student author’s name CANNOT appear in the essay or title. Identification of the student or teacher in the essay will result in disqualification.</w:t>
      </w:r>
    </w:p>
    <w:p w14:paraId="69E8C1A7" w14:textId="77777777" w:rsidR="00C27E14" w:rsidRPr="00813443" w:rsidRDefault="00C27E14" w:rsidP="00C27E14">
      <w:pPr>
        <w:pStyle w:val="ListBullet"/>
        <w:spacing w:after="60"/>
        <w:rPr>
          <w:sz w:val="21"/>
          <w:szCs w:val="21"/>
        </w:rPr>
      </w:pPr>
      <w:r w:rsidRPr="00813443">
        <w:rPr>
          <w:sz w:val="21"/>
          <w:szCs w:val="21"/>
        </w:rPr>
        <w:t>If references are cited, include them at the end of the essay text.</w:t>
      </w:r>
    </w:p>
    <w:p w14:paraId="215A2466" w14:textId="77777777" w:rsidR="00C27E14" w:rsidRPr="00813443" w:rsidRDefault="00C27E14" w:rsidP="00C27E14">
      <w:pPr>
        <w:pStyle w:val="ListBullet"/>
        <w:spacing w:after="60"/>
        <w:rPr>
          <w:sz w:val="21"/>
          <w:szCs w:val="21"/>
        </w:rPr>
      </w:pPr>
      <w:r w:rsidRPr="00813443">
        <w:rPr>
          <w:sz w:val="21"/>
          <w:szCs w:val="21"/>
        </w:rPr>
        <w:t>References must be formatted without footnotes. At the end of the essay simply list each source as: (Author. “Title”. Date. URL).</w:t>
      </w:r>
    </w:p>
    <w:p w14:paraId="1A3312C8" w14:textId="77777777" w:rsidR="00C27E14" w:rsidRPr="00813443" w:rsidRDefault="00C27E14" w:rsidP="00C27E14">
      <w:pPr>
        <w:pStyle w:val="ListBullet"/>
        <w:spacing w:after="60"/>
        <w:rPr>
          <w:sz w:val="21"/>
          <w:szCs w:val="21"/>
        </w:rPr>
      </w:pPr>
      <w:r w:rsidRPr="00813443">
        <w:rPr>
          <w:sz w:val="21"/>
          <w:szCs w:val="21"/>
        </w:rPr>
        <w:t xml:space="preserve">Only the body of the essay will be included in the word count. The title and references </w:t>
      </w:r>
      <w:r w:rsidRPr="00813443">
        <w:rPr>
          <w:sz w:val="21"/>
          <w:szCs w:val="21"/>
          <w:u w:val="single"/>
        </w:rPr>
        <w:t>will not</w:t>
      </w:r>
      <w:r w:rsidRPr="00813443">
        <w:rPr>
          <w:sz w:val="21"/>
          <w:szCs w:val="21"/>
        </w:rPr>
        <w:t xml:space="preserve"> count in the word limit.</w:t>
      </w:r>
    </w:p>
    <w:p w14:paraId="34643F33" w14:textId="77777777" w:rsidR="00C27E14" w:rsidRPr="00813443" w:rsidRDefault="00C27E14" w:rsidP="00C27E14">
      <w:pPr>
        <w:pStyle w:val="ListBullet"/>
        <w:spacing w:after="60"/>
        <w:rPr>
          <w:sz w:val="21"/>
          <w:szCs w:val="21"/>
        </w:rPr>
      </w:pPr>
      <w:r w:rsidRPr="00813443">
        <w:rPr>
          <w:sz w:val="21"/>
          <w:szCs w:val="21"/>
        </w:rPr>
        <w:t>All essays must be submitted in plain text; no charts, graphs or symbols will be accepted.</w:t>
      </w:r>
    </w:p>
    <w:p w14:paraId="5AFEB01E" w14:textId="77777777" w:rsidR="00395C4A" w:rsidRPr="00813443" w:rsidRDefault="00ED685D">
      <w:pPr>
        <w:pStyle w:val="ListBullet"/>
        <w:spacing w:after="40"/>
        <w:rPr>
          <w:sz w:val="21"/>
          <w:szCs w:val="21"/>
        </w:rPr>
      </w:pPr>
      <w:r w:rsidRPr="00813443">
        <w:rPr>
          <w:sz w:val="21"/>
          <w:szCs w:val="21"/>
        </w:rPr>
        <w:t>Essays must be submitted in plain text. Charts, graphs, and symbols are not accepted.</w:t>
      </w:r>
    </w:p>
    <w:p w14:paraId="302631EB" w14:textId="77777777" w:rsidR="00934065" w:rsidRDefault="00934065" w:rsidP="00934065">
      <w:pPr>
        <w:pStyle w:val="ListBullet"/>
        <w:numPr>
          <w:ilvl w:val="0"/>
          <w:numId w:val="0"/>
        </w:numPr>
        <w:spacing w:after="40"/>
        <w:ind w:left="360"/>
      </w:pPr>
    </w:p>
    <w:tbl>
      <w:tblPr>
        <w:tblW w:w="0" w:type="auto"/>
        <w:jc w:val="center"/>
        <w:tblLook w:val="04A0" w:firstRow="1" w:lastRow="0" w:firstColumn="1" w:lastColumn="0" w:noHBand="0" w:noVBand="1"/>
      </w:tblPr>
      <w:tblGrid>
        <w:gridCol w:w="10296"/>
      </w:tblGrid>
      <w:tr w:rsidR="00934065" w14:paraId="57F5E110" w14:textId="77777777" w:rsidTr="00C04B88">
        <w:trPr>
          <w:jc w:val="center"/>
        </w:trPr>
        <w:tc>
          <w:tcPr>
            <w:tcW w:w="10296" w:type="dxa"/>
            <w:shd w:val="clear" w:color="auto" w:fill="EAF2F8"/>
          </w:tcPr>
          <w:p w14:paraId="3706D32E" w14:textId="77777777" w:rsidR="005D4EBD" w:rsidRDefault="00934065" w:rsidP="005D4EBD">
            <w:pPr>
              <w:spacing w:after="60"/>
              <w:jc w:val="center"/>
              <w:rPr>
                <w:sz w:val="21"/>
                <w:szCs w:val="21"/>
              </w:rPr>
            </w:pPr>
            <w:r w:rsidRPr="00BF30DE">
              <w:rPr>
                <w:b/>
                <w:color w:val="174A7E"/>
                <w:sz w:val="21"/>
                <w:szCs w:val="21"/>
              </w:rPr>
              <w:t>Use of AI</w:t>
            </w:r>
            <w:r w:rsidRPr="00BF30DE">
              <w:rPr>
                <w:sz w:val="21"/>
                <w:szCs w:val="21"/>
              </w:rPr>
              <w:br/>
            </w:r>
            <w:r w:rsidR="005D4EBD">
              <w:rPr>
                <w:sz w:val="21"/>
                <w:szCs w:val="21"/>
              </w:rPr>
              <w:t>Use of AI must be consistent with academic and integrity guidelines set by the school or classroom teacher.</w:t>
            </w:r>
          </w:p>
          <w:p w14:paraId="30F23C09" w14:textId="1BE05418" w:rsidR="00934065" w:rsidRPr="00BF30DE" w:rsidRDefault="005D4EBD" w:rsidP="005D4EBD">
            <w:pPr>
              <w:spacing w:after="60"/>
              <w:jc w:val="center"/>
              <w:rPr>
                <w:sz w:val="21"/>
                <w:szCs w:val="21"/>
              </w:rPr>
            </w:pPr>
            <w:r>
              <w:rPr>
                <w:sz w:val="21"/>
                <w:szCs w:val="21"/>
              </w:rPr>
              <w:t>AI detection will be utilized in assessing the essays and can lead to disqualification.</w:t>
            </w:r>
          </w:p>
        </w:tc>
      </w:tr>
    </w:tbl>
    <w:p w14:paraId="261AC55D" w14:textId="77777777" w:rsidR="00C27E14" w:rsidRDefault="00C27E14" w:rsidP="00C27E14">
      <w:pPr>
        <w:pStyle w:val="ListBullet"/>
        <w:numPr>
          <w:ilvl w:val="0"/>
          <w:numId w:val="0"/>
        </w:numPr>
        <w:spacing w:after="40"/>
        <w:ind w:left="360"/>
      </w:pPr>
    </w:p>
    <w:tbl>
      <w:tblPr>
        <w:tblW w:w="0" w:type="auto"/>
        <w:jc w:val="center"/>
        <w:tblLook w:val="04A0" w:firstRow="1" w:lastRow="0" w:firstColumn="1" w:lastColumn="0" w:noHBand="0" w:noVBand="1"/>
      </w:tblPr>
      <w:tblGrid>
        <w:gridCol w:w="10368"/>
      </w:tblGrid>
      <w:tr w:rsidR="00395C4A" w14:paraId="51CC7A06" w14:textId="77777777" w:rsidTr="00DD27E1">
        <w:trPr>
          <w:jc w:val="center"/>
        </w:trPr>
        <w:tc>
          <w:tcPr>
            <w:tcW w:w="10440" w:type="dxa"/>
            <w:shd w:val="clear" w:color="auto" w:fill="145DA0"/>
            <w:tcMar>
              <w:top w:w="120" w:type="dxa"/>
              <w:left w:w="160" w:type="dxa"/>
              <w:bottom w:w="120" w:type="dxa"/>
              <w:right w:w="160" w:type="dxa"/>
            </w:tcMar>
          </w:tcPr>
          <w:p w14:paraId="77B765E2" w14:textId="77777777" w:rsidR="00395C4A" w:rsidRDefault="00ED685D" w:rsidP="006F5EEE">
            <w:pPr>
              <w:spacing w:after="0"/>
              <w:jc w:val="center"/>
            </w:pPr>
            <w:r>
              <w:rPr>
                <w:b/>
                <w:color w:val="FFFFFF"/>
                <w:sz w:val="26"/>
              </w:rPr>
              <w:t>FINAL CHECK</w:t>
            </w:r>
          </w:p>
        </w:tc>
      </w:tr>
    </w:tbl>
    <w:p w14:paraId="2C7219D0" w14:textId="77777777" w:rsidR="00395C4A" w:rsidRDefault="00395C4A">
      <w:pPr>
        <w:spacing w:after="20"/>
      </w:pPr>
    </w:p>
    <w:p w14:paraId="30550E0A" w14:textId="77777777" w:rsidR="00395C4A" w:rsidRPr="00BF30DE" w:rsidRDefault="00ED685D">
      <w:pPr>
        <w:rPr>
          <w:sz w:val="21"/>
          <w:szCs w:val="21"/>
        </w:rPr>
      </w:pPr>
      <w:r w:rsidRPr="00BF30DE">
        <w:rPr>
          <w:b/>
          <w:sz w:val="21"/>
          <w:szCs w:val="21"/>
        </w:rPr>
        <w:t xml:space="preserve">☐  </w:t>
      </w:r>
      <w:r w:rsidRPr="00BF30DE">
        <w:rPr>
          <w:sz w:val="21"/>
          <w:szCs w:val="21"/>
        </w:rPr>
        <w:t>Did I answer every part of the prompt?</w:t>
      </w:r>
    </w:p>
    <w:p w14:paraId="4A08686E" w14:textId="77777777" w:rsidR="00395C4A" w:rsidRPr="00BF30DE" w:rsidRDefault="00ED685D">
      <w:pPr>
        <w:rPr>
          <w:sz w:val="21"/>
          <w:szCs w:val="21"/>
        </w:rPr>
      </w:pPr>
      <w:r w:rsidRPr="00BF30DE">
        <w:rPr>
          <w:b/>
          <w:sz w:val="21"/>
          <w:szCs w:val="21"/>
        </w:rPr>
        <w:t xml:space="preserve">☐  </w:t>
      </w:r>
      <w:r w:rsidRPr="00BF30DE">
        <w:rPr>
          <w:sz w:val="21"/>
          <w:szCs w:val="21"/>
        </w:rPr>
        <w:t>Did I explain my investment choices and reasoning?</w:t>
      </w:r>
    </w:p>
    <w:p w14:paraId="3F9B12C9" w14:textId="6C12509E" w:rsidR="00395C4A" w:rsidRPr="00BF30DE" w:rsidRDefault="00ED685D">
      <w:pPr>
        <w:rPr>
          <w:sz w:val="21"/>
          <w:szCs w:val="21"/>
        </w:rPr>
      </w:pPr>
      <w:r w:rsidRPr="00BF30DE">
        <w:rPr>
          <w:b/>
          <w:sz w:val="21"/>
          <w:szCs w:val="21"/>
        </w:rPr>
        <w:t xml:space="preserve">☐  </w:t>
      </w:r>
      <w:r w:rsidRPr="00BF30DE">
        <w:rPr>
          <w:sz w:val="21"/>
          <w:szCs w:val="21"/>
        </w:rPr>
        <w:t>Did I address long-term investing?</w:t>
      </w:r>
    </w:p>
    <w:p w14:paraId="3B2C8628" w14:textId="77777777" w:rsidR="00395C4A" w:rsidRPr="00BF30DE" w:rsidRDefault="00ED685D">
      <w:pPr>
        <w:rPr>
          <w:sz w:val="21"/>
          <w:szCs w:val="21"/>
        </w:rPr>
      </w:pPr>
      <w:r w:rsidRPr="00BF30DE">
        <w:rPr>
          <w:b/>
          <w:sz w:val="21"/>
          <w:szCs w:val="21"/>
        </w:rPr>
        <w:t xml:space="preserve">☐  </w:t>
      </w:r>
      <w:r w:rsidRPr="00BF30DE">
        <w:rPr>
          <w:sz w:val="21"/>
          <w:szCs w:val="21"/>
        </w:rPr>
        <w:t>Did I connect The Stock Market Game to real-world investing?</w:t>
      </w:r>
    </w:p>
    <w:p w14:paraId="36237DE8" w14:textId="77777777" w:rsidR="00395C4A" w:rsidRPr="00BF30DE" w:rsidRDefault="00ED685D">
      <w:pPr>
        <w:rPr>
          <w:sz w:val="21"/>
          <w:szCs w:val="21"/>
        </w:rPr>
      </w:pPr>
      <w:r w:rsidRPr="00BF30DE">
        <w:rPr>
          <w:b/>
          <w:sz w:val="21"/>
          <w:szCs w:val="21"/>
        </w:rPr>
        <w:t xml:space="preserve">☐  </w:t>
      </w:r>
      <w:r w:rsidRPr="00BF30DE">
        <w:rPr>
          <w:sz w:val="21"/>
          <w:szCs w:val="21"/>
        </w:rPr>
        <w:t>Did I stay within my grade-level word limit?</w:t>
      </w:r>
    </w:p>
    <w:p w14:paraId="0AA1EACD" w14:textId="77777777" w:rsidR="00395C4A" w:rsidRPr="00BF30DE" w:rsidRDefault="00ED685D">
      <w:pPr>
        <w:rPr>
          <w:sz w:val="21"/>
          <w:szCs w:val="21"/>
        </w:rPr>
      </w:pPr>
      <w:r w:rsidRPr="00BF30DE">
        <w:rPr>
          <w:b/>
          <w:sz w:val="21"/>
          <w:szCs w:val="21"/>
        </w:rPr>
        <w:t xml:space="preserve">☐  </w:t>
      </w:r>
      <w:r w:rsidRPr="00BF30DE">
        <w:rPr>
          <w:sz w:val="21"/>
          <w:szCs w:val="21"/>
        </w:rPr>
        <w:t>Did I revise for organization, clarity, grammar, and punctuation?</w:t>
      </w:r>
    </w:p>
    <w:p w14:paraId="00B972D3" w14:textId="77777777" w:rsidR="00395C4A" w:rsidRPr="00BF30DE" w:rsidRDefault="00ED685D">
      <w:pPr>
        <w:rPr>
          <w:sz w:val="21"/>
          <w:szCs w:val="21"/>
        </w:rPr>
      </w:pPr>
      <w:r w:rsidRPr="00BF30DE">
        <w:rPr>
          <w:b/>
          <w:sz w:val="21"/>
          <w:szCs w:val="21"/>
        </w:rPr>
        <w:t xml:space="preserve">☐  </w:t>
      </w:r>
      <w:r w:rsidRPr="00BF30DE">
        <w:rPr>
          <w:sz w:val="21"/>
          <w:szCs w:val="21"/>
        </w:rPr>
        <w:t>Did I remove my name and any identifying information from the essay?</w:t>
      </w:r>
    </w:p>
    <w:p w14:paraId="6576AC8B" w14:textId="77777777" w:rsidR="00395C4A" w:rsidRPr="00BF30DE" w:rsidRDefault="00ED685D">
      <w:pPr>
        <w:rPr>
          <w:sz w:val="21"/>
          <w:szCs w:val="21"/>
        </w:rPr>
      </w:pPr>
      <w:r w:rsidRPr="00BF30DE">
        <w:rPr>
          <w:b/>
          <w:sz w:val="21"/>
          <w:szCs w:val="21"/>
        </w:rPr>
        <w:t xml:space="preserve">☐  </w:t>
      </w:r>
      <w:r w:rsidRPr="00BF30DE">
        <w:rPr>
          <w:sz w:val="21"/>
          <w:szCs w:val="21"/>
        </w:rPr>
        <w:t>Did I include references correctly, if I used sources?</w:t>
      </w:r>
    </w:p>
    <w:p w14:paraId="6BC011A6" w14:textId="77777777" w:rsidR="00CC0E1E" w:rsidRDefault="00CC0E1E">
      <w:pPr>
        <w:jc w:val="center"/>
        <w:rPr>
          <w:b/>
          <w:color w:val="F28C28"/>
        </w:rPr>
      </w:pPr>
    </w:p>
    <w:p w14:paraId="14C62A90" w14:textId="54AC297A" w:rsidR="00395C4A" w:rsidRPr="00BF30DE" w:rsidRDefault="00ED685D" w:rsidP="00037363">
      <w:pPr>
        <w:spacing w:after="0" w:line="240" w:lineRule="auto"/>
        <w:contextualSpacing/>
        <w:jc w:val="center"/>
        <w:rPr>
          <w:color w:val="145DA0"/>
          <w:sz w:val="21"/>
          <w:szCs w:val="21"/>
        </w:rPr>
      </w:pPr>
      <w:r w:rsidRPr="00BF30DE">
        <w:rPr>
          <w:b/>
          <w:color w:val="145DA0"/>
          <w:sz w:val="21"/>
          <w:szCs w:val="21"/>
        </w:rPr>
        <w:t>COMPLETE INFORMATION &amp; AWARDS</w:t>
      </w:r>
      <w:r w:rsidR="00C27E14" w:rsidRPr="00BF30DE">
        <w:rPr>
          <w:b/>
          <w:color w:val="145DA0"/>
          <w:sz w:val="21"/>
          <w:szCs w:val="21"/>
        </w:rPr>
        <w:t xml:space="preserve"> CAN BE FOUND AT</w:t>
      </w:r>
    </w:p>
    <w:p w14:paraId="115BA1FE" w14:textId="29AB2EB3" w:rsidR="00395C4A" w:rsidRPr="00385994" w:rsidRDefault="006F5EEE" w:rsidP="00037363">
      <w:pPr>
        <w:spacing w:after="0" w:line="240" w:lineRule="auto"/>
        <w:contextualSpacing/>
        <w:jc w:val="center"/>
        <w:rPr>
          <w:color w:val="F79646" w:themeColor="accent6"/>
          <w:sz w:val="21"/>
          <w:szCs w:val="21"/>
        </w:rPr>
      </w:pPr>
      <w:hyperlink r:id="rId9" w:history="1">
        <w:r w:rsidRPr="00385994">
          <w:rPr>
            <w:rStyle w:val="Hyperlink"/>
            <w:b/>
            <w:color w:val="F79646" w:themeColor="accent6"/>
            <w:sz w:val="21"/>
            <w:szCs w:val="21"/>
          </w:rPr>
          <w:t>www.investwrite.org</w:t>
        </w:r>
      </w:hyperlink>
    </w:p>
    <w:sectPr w:rsidR="00395C4A" w:rsidRPr="00385994" w:rsidSect="00034616">
      <w:headerReference w:type="even" r:id="rId10"/>
      <w:headerReference w:type="default" r:id="rId11"/>
      <w:footerReference w:type="even" r:id="rId12"/>
      <w:footerReference w:type="default" r:id="rId13"/>
      <w:headerReference w:type="first" r:id="rId14"/>
      <w:footerReference w:type="first" r:id="rId15"/>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3735D" w14:textId="77777777" w:rsidR="00404088" w:rsidRDefault="00404088">
      <w:pPr>
        <w:spacing w:after="0" w:line="240" w:lineRule="auto"/>
      </w:pPr>
      <w:r>
        <w:separator/>
      </w:r>
    </w:p>
  </w:endnote>
  <w:endnote w:type="continuationSeparator" w:id="0">
    <w:p w14:paraId="18820B3F" w14:textId="77777777" w:rsidR="00404088" w:rsidRDefault="00404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D1A13" w14:textId="77777777" w:rsidR="008C7F92" w:rsidRDefault="008C7F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39CD" w14:textId="0141D211" w:rsidR="00861763" w:rsidRPr="00861763" w:rsidRDefault="00861763" w:rsidP="00861763">
    <w:pPr>
      <w:tabs>
        <w:tab w:val="center" w:pos="4680"/>
        <w:tab w:val="right" w:pos="9360"/>
      </w:tabs>
      <w:spacing w:after="0" w:line="240" w:lineRule="auto"/>
      <w:jc w:val="center"/>
    </w:pPr>
    <w:r w:rsidRPr="00861763">
      <w:rPr>
        <w:color w:val="667085"/>
        <w:sz w:val="16"/>
      </w:rPr>
      <w:t xml:space="preserve">INVESTWRITE • STOCK MARKET GAME • SPRING 2027 • Page </w:t>
    </w:r>
    <w:r w:rsidR="008C7F92" w:rsidRPr="008C7F92">
      <w:rPr>
        <w:color w:val="667085"/>
        <w:sz w:val="16"/>
      </w:rPr>
      <w:fldChar w:fldCharType="begin"/>
    </w:r>
    <w:r w:rsidR="008C7F92" w:rsidRPr="008C7F92">
      <w:rPr>
        <w:color w:val="667085"/>
        <w:sz w:val="16"/>
      </w:rPr>
      <w:instrText xml:space="preserve"> PAGE   \* MERGEFORMAT </w:instrText>
    </w:r>
    <w:r w:rsidR="008C7F92" w:rsidRPr="008C7F92">
      <w:rPr>
        <w:color w:val="667085"/>
        <w:sz w:val="16"/>
      </w:rPr>
      <w:fldChar w:fldCharType="separate"/>
    </w:r>
    <w:r w:rsidR="008C7F92" w:rsidRPr="008C7F92">
      <w:rPr>
        <w:noProof/>
        <w:color w:val="667085"/>
        <w:sz w:val="16"/>
      </w:rPr>
      <w:t>1</w:t>
    </w:r>
    <w:r w:rsidR="008C7F92" w:rsidRPr="008C7F92">
      <w:rPr>
        <w:noProof/>
        <w:color w:val="667085"/>
        <w:sz w:val="16"/>
      </w:rPr>
      <w:fldChar w:fldCharType="end"/>
    </w:r>
  </w:p>
  <w:p w14:paraId="0913EA08" w14:textId="1F948E6D" w:rsidR="00395C4A" w:rsidRDefault="00395C4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EE0F" w14:textId="77777777" w:rsidR="008C7F92" w:rsidRDefault="008C7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4376E" w14:textId="77777777" w:rsidR="00404088" w:rsidRDefault="00404088">
      <w:pPr>
        <w:spacing w:after="0" w:line="240" w:lineRule="auto"/>
      </w:pPr>
      <w:r>
        <w:separator/>
      </w:r>
    </w:p>
  </w:footnote>
  <w:footnote w:type="continuationSeparator" w:id="0">
    <w:p w14:paraId="275E73DE" w14:textId="77777777" w:rsidR="00404088" w:rsidRDefault="00404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3EA8" w14:textId="77777777" w:rsidR="008C7F92" w:rsidRDefault="008C7F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293C" w14:textId="77777777" w:rsidR="008C7F92" w:rsidRDefault="008C7F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31951" w14:textId="77777777" w:rsidR="008C7F92" w:rsidRDefault="008C7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D2D4B05"/>
    <w:multiLevelType w:val="hybridMultilevel"/>
    <w:tmpl w:val="6F58F44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E522F24"/>
    <w:multiLevelType w:val="hybridMultilevel"/>
    <w:tmpl w:val="EBB87300"/>
    <w:lvl w:ilvl="0" w:tplc="564C150C">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8F30BAA"/>
    <w:multiLevelType w:val="hybridMultilevel"/>
    <w:tmpl w:val="5A3659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6A1820"/>
    <w:multiLevelType w:val="hybridMultilevel"/>
    <w:tmpl w:val="CDCCA7EA"/>
    <w:lvl w:ilvl="0" w:tplc="564C150C">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71668046">
    <w:abstractNumId w:val="8"/>
  </w:num>
  <w:num w:numId="2" w16cid:durableId="71658155">
    <w:abstractNumId w:val="6"/>
  </w:num>
  <w:num w:numId="3" w16cid:durableId="505949359">
    <w:abstractNumId w:val="5"/>
  </w:num>
  <w:num w:numId="4" w16cid:durableId="1335298452">
    <w:abstractNumId w:val="4"/>
  </w:num>
  <w:num w:numId="5" w16cid:durableId="103887082">
    <w:abstractNumId w:val="7"/>
  </w:num>
  <w:num w:numId="6" w16cid:durableId="1265578761">
    <w:abstractNumId w:val="3"/>
  </w:num>
  <w:num w:numId="7" w16cid:durableId="1106581154">
    <w:abstractNumId w:val="2"/>
  </w:num>
  <w:num w:numId="8" w16cid:durableId="1466042500">
    <w:abstractNumId w:val="1"/>
  </w:num>
  <w:num w:numId="9" w16cid:durableId="2115396324">
    <w:abstractNumId w:val="0"/>
  </w:num>
  <w:num w:numId="10" w16cid:durableId="205725883">
    <w:abstractNumId w:val="9"/>
  </w:num>
  <w:num w:numId="11" w16cid:durableId="712848820">
    <w:abstractNumId w:val="10"/>
  </w:num>
  <w:num w:numId="12" w16cid:durableId="1855723180">
    <w:abstractNumId w:val="11"/>
  </w:num>
  <w:num w:numId="13" w16cid:durableId="7182103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4B4"/>
    <w:rsid w:val="00037363"/>
    <w:rsid w:val="0006063C"/>
    <w:rsid w:val="00070534"/>
    <w:rsid w:val="0015074B"/>
    <w:rsid w:val="001772FE"/>
    <w:rsid w:val="001E196C"/>
    <w:rsid w:val="00264417"/>
    <w:rsid w:val="00271435"/>
    <w:rsid w:val="0028055E"/>
    <w:rsid w:val="00292F4C"/>
    <w:rsid w:val="0029639D"/>
    <w:rsid w:val="002E79D4"/>
    <w:rsid w:val="002F31EE"/>
    <w:rsid w:val="002F583F"/>
    <w:rsid w:val="00326F90"/>
    <w:rsid w:val="003739A1"/>
    <w:rsid w:val="00384228"/>
    <w:rsid w:val="00385994"/>
    <w:rsid w:val="00395C4A"/>
    <w:rsid w:val="003A0346"/>
    <w:rsid w:val="00404088"/>
    <w:rsid w:val="00420B02"/>
    <w:rsid w:val="0049420A"/>
    <w:rsid w:val="0049513B"/>
    <w:rsid w:val="004F2A27"/>
    <w:rsid w:val="005032B9"/>
    <w:rsid w:val="0051351E"/>
    <w:rsid w:val="005B5857"/>
    <w:rsid w:val="005D4EBD"/>
    <w:rsid w:val="00600566"/>
    <w:rsid w:val="00642094"/>
    <w:rsid w:val="006C5181"/>
    <w:rsid w:val="006E7FF7"/>
    <w:rsid w:val="006F5EEE"/>
    <w:rsid w:val="007378E3"/>
    <w:rsid w:val="00765BE3"/>
    <w:rsid w:val="007A11AF"/>
    <w:rsid w:val="007B77C6"/>
    <w:rsid w:val="00813443"/>
    <w:rsid w:val="00821EA6"/>
    <w:rsid w:val="00825146"/>
    <w:rsid w:val="00861763"/>
    <w:rsid w:val="00865734"/>
    <w:rsid w:val="0087121B"/>
    <w:rsid w:val="008C42B1"/>
    <w:rsid w:val="008C7F92"/>
    <w:rsid w:val="008D5D59"/>
    <w:rsid w:val="008E36AA"/>
    <w:rsid w:val="0090134B"/>
    <w:rsid w:val="009165B9"/>
    <w:rsid w:val="00934065"/>
    <w:rsid w:val="0099624E"/>
    <w:rsid w:val="00A64340"/>
    <w:rsid w:val="00AA1D8D"/>
    <w:rsid w:val="00B47730"/>
    <w:rsid w:val="00BA1777"/>
    <w:rsid w:val="00BF30DE"/>
    <w:rsid w:val="00C04B88"/>
    <w:rsid w:val="00C27E14"/>
    <w:rsid w:val="00C352D0"/>
    <w:rsid w:val="00C90F7B"/>
    <w:rsid w:val="00CB0664"/>
    <w:rsid w:val="00CC0E1E"/>
    <w:rsid w:val="00CE65C4"/>
    <w:rsid w:val="00D12D61"/>
    <w:rsid w:val="00D26627"/>
    <w:rsid w:val="00D451D2"/>
    <w:rsid w:val="00D6421C"/>
    <w:rsid w:val="00DC2D3B"/>
    <w:rsid w:val="00DC500D"/>
    <w:rsid w:val="00DD27E1"/>
    <w:rsid w:val="00DF5089"/>
    <w:rsid w:val="00E00DD3"/>
    <w:rsid w:val="00E55E6F"/>
    <w:rsid w:val="00E62A50"/>
    <w:rsid w:val="00ED685D"/>
    <w:rsid w:val="00EE1CFE"/>
    <w:rsid w:val="00F004B7"/>
    <w:rsid w:val="00F0297C"/>
    <w:rsid w:val="00F17FC4"/>
    <w:rsid w:val="00F27602"/>
    <w:rsid w:val="00F35C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FC236A"/>
  <w14:defaultImageDpi w14:val="300"/>
  <w15:docId w15:val="{677DBB06-5DDB-4A8F-89D5-ED2992CFA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534"/>
    <w:rPr>
      <w:rFonts w:ascii="Aptos" w:hAnsi="Aptos"/>
      <w:color w:val="24344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45DA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F28C28"/>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45DA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F5EEE"/>
    <w:rPr>
      <w:color w:val="0000FF" w:themeColor="hyperlink"/>
      <w:u w:val="single"/>
    </w:rPr>
  </w:style>
  <w:style w:type="character" w:styleId="UnresolvedMention">
    <w:name w:val="Unresolved Mention"/>
    <w:basedOn w:val="DefaultParagraphFont"/>
    <w:uiPriority w:val="99"/>
    <w:semiHidden/>
    <w:unhideWhenUsed/>
    <w:rsid w:val="006F5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Jessica\AppData\Local\Microsoft\Windows\INetCache\Content.Outlook\3RA220VZ\www.investwrite.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1821</Words>
  <Characters>10385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Jessica Bayer</cp:lastModifiedBy>
  <cp:revision>2</cp:revision>
  <dcterms:created xsi:type="dcterms:W3CDTF">2026-08-20T15:13:00Z</dcterms:created>
  <dcterms:modified xsi:type="dcterms:W3CDTF">2026-08-20T15:13:00Z</dcterms:modified>
  <cp:category/>
</cp:coreProperties>
</file>